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E5D35" w14:textId="059A4601" w:rsidR="008A5201" w:rsidRDefault="001C29EE" w:rsidP="008A5201">
      <w:pPr>
        <w:spacing w:after="0"/>
        <w:jc w:val="center"/>
        <w:rPr>
          <w:rFonts w:eastAsia="맑은 고딕" w:cs="맑은 고딕"/>
          <w:b/>
          <w:bCs/>
          <w:sz w:val="24"/>
          <w:szCs w:val="24"/>
          <w:lang w:eastAsia="ko-KR"/>
        </w:rPr>
      </w:pPr>
      <w:r>
        <w:rPr>
          <w:rFonts w:eastAsia="맑은 고딕" w:cs="맑은 고딕" w:hint="eastAsia"/>
          <w:b/>
          <w:sz w:val="36"/>
          <w:lang w:eastAsia="ko-KR"/>
        </w:rPr>
        <w:t>주민</w:t>
      </w:r>
      <w:r>
        <w:rPr>
          <w:b/>
          <w:sz w:val="36"/>
          <w:lang w:eastAsia="ko-KR"/>
        </w:rPr>
        <w:t xml:space="preserve"> </w:t>
      </w:r>
      <w:r>
        <w:rPr>
          <w:b/>
          <w:sz w:val="36"/>
          <w:lang w:eastAsia="ko-KR"/>
        </w:rPr>
        <w:t>대상</w:t>
      </w:r>
      <w:r>
        <w:rPr>
          <w:b/>
          <w:sz w:val="36"/>
          <w:lang w:eastAsia="ko-KR"/>
        </w:rPr>
        <w:t xml:space="preserve"> </w:t>
      </w:r>
      <w:r>
        <w:rPr>
          <w:b/>
          <w:sz w:val="36"/>
          <w:lang w:eastAsia="ko-KR"/>
        </w:rPr>
        <w:t>일본어</w:t>
      </w:r>
      <w:r>
        <w:rPr>
          <w:b/>
          <w:sz w:val="36"/>
          <w:lang w:eastAsia="ko-KR"/>
        </w:rPr>
        <w:t xml:space="preserve"> </w:t>
      </w:r>
      <w:r>
        <w:rPr>
          <w:b/>
          <w:sz w:val="36"/>
          <w:lang w:eastAsia="ko-KR"/>
        </w:rPr>
        <w:t>강좌</w:t>
      </w:r>
      <w:r>
        <w:rPr>
          <w:b/>
          <w:sz w:val="36"/>
          <w:lang w:eastAsia="ko-KR"/>
        </w:rPr>
        <w:t xml:space="preserve"> </w:t>
      </w:r>
      <w:r>
        <w:rPr>
          <w:b/>
          <w:sz w:val="36"/>
          <w:lang w:eastAsia="ko-KR"/>
        </w:rPr>
        <w:t>개설</w:t>
      </w:r>
      <w:r>
        <w:rPr>
          <w:b/>
          <w:sz w:val="36"/>
          <w:lang w:eastAsia="ko-KR"/>
        </w:rPr>
        <w:t xml:space="preserve"> </w:t>
      </w:r>
      <w:r>
        <w:rPr>
          <w:b/>
          <w:sz w:val="36"/>
          <w:lang w:eastAsia="ko-KR"/>
        </w:rPr>
        <w:t>제안서</w:t>
      </w:r>
    </w:p>
    <w:p w14:paraId="7BD1B767" w14:textId="3BE8425E" w:rsidR="008A5201" w:rsidRDefault="00000000" w:rsidP="008A5201">
      <w:pPr>
        <w:pStyle w:val="a7"/>
        <w:jc w:val="center"/>
        <w:rPr>
          <w:rFonts w:ascii="MS Mincho" w:eastAsia="맑은 고딕" w:hAnsi="MS Mincho" w:cs="MS Mincho"/>
          <w:lang w:eastAsia="ko-KR"/>
        </w:rPr>
      </w:pPr>
      <w:r w:rsidRPr="008A5201">
        <w:rPr>
          <w:rFonts w:ascii="맑은 고딕" w:eastAsia="맑은 고딕" w:hAnsi="맑은 고딕" w:cs="맑은 고딕" w:hint="eastAsia"/>
          <w:lang w:eastAsia="ko-KR"/>
        </w:rPr>
        <w:t>제안</w:t>
      </w:r>
      <w:r w:rsidRPr="008A5201">
        <w:rPr>
          <w:rFonts w:ascii="맑은 고딕" w:eastAsia="맑은 고딕" w:hAnsi="맑은 고딕"/>
          <w:lang w:eastAsia="ko-KR"/>
        </w:rPr>
        <w:t xml:space="preserve"> </w:t>
      </w:r>
      <w:proofErr w:type="spellStart"/>
      <w:proofErr w:type="gramStart"/>
      <w:r w:rsidRPr="008A5201">
        <w:rPr>
          <w:rFonts w:ascii="맑은 고딕" w:eastAsia="맑은 고딕" w:hAnsi="맑은 고딕" w:cs="맑은 고딕" w:hint="eastAsia"/>
          <w:lang w:eastAsia="ko-KR"/>
        </w:rPr>
        <w:t>강좌명</w:t>
      </w:r>
      <w:proofErr w:type="spellEnd"/>
      <w:r w:rsidRPr="008A5201">
        <w:rPr>
          <w:rFonts w:ascii="맑은 고딕" w:eastAsia="맑은 고딕" w:hAnsi="맑은 고딕"/>
          <w:lang w:eastAsia="ko-KR"/>
        </w:rPr>
        <w:t xml:space="preserve"> </w:t>
      </w:r>
      <w:r w:rsidR="00E36D64" w:rsidRPr="008A5201">
        <w:rPr>
          <w:rFonts w:ascii="맑은 고딕" w:eastAsia="맑은 고딕" w:hAnsi="맑은 고딕" w:hint="eastAsia"/>
          <w:lang w:eastAsia="ko-KR"/>
        </w:rPr>
        <w:t>:</w:t>
      </w:r>
      <w:proofErr w:type="gramEnd"/>
      <w:r w:rsidR="00E36D64" w:rsidRPr="008A5201">
        <w:rPr>
          <w:rFonts w:ascii="맑은 고딕" w:eastAsia="맑은 고딕" w:hAnsi="맑은 고딕" w:hint="eastAsia"/>
          <w:lang w:eastAsia="ko-KR"/>
        </w:rPr>
        <w:t xml:space="preserve"> 여행 일본어</w:t>
      </w:r>
      <w:r w:rsidR="008A5201">
        <w:rPr>
          <w:rFonts w:ascii="맑은 고딕" w:eastAsia="맑은 고딕" w:hAnsi="맑은 고딕" w:hint="eastAsia"/>
          <w:lang w:eastAsia="ko-KR"/>
        </w:rPr>
        <w:t xml:space="preserve"> [</w:t>
      </w:r>
      <w:proofErr w:type="gramStart"/>
      <w:r w:rsidR="00E36D64" w:rsidRPr="008A5201">
        <w:rPr>
          <w:rFonts w:ascii="맑은 고딕" w:eastAsia="맑은 고딕" w:hAnsi="맑은 고딕" w:hint="eastAsia"/>
          <w:lang w:eastAsia="ko-KR"/>
        </w:rPr>
        <w:t>부제</w:t>
      </w:r>
      <w:r w:rsidRPr="008A5201">
        <w:rPr>
          <w:rFonts w:ascii="맑은 고딕" w:eastAsia="맑은 고딕" w:hAnsi="맑은 고딕"/>
          <w:lang w:eastAsia="ko-KR"/>
        </w:rPr>
        <w:t xml:space="preserve"> </w:t>
      </w:r>
      <w:r w:rsidR="008A5201" w:rsidRPr="008A5201">
        <w:rPr>
          <w:rFonts w:ascii="맑은 고딕" w:eastAsia="맑은 고딕" w:hAnsi="맑은 고딕" w:hint="eastAsia"/>
          <w:lang w:eastAsia="ko-KR"/>
        </w:rPr>
        <w:t xml:space="preserve"> :</w:t>
      </w:r>
      <w:proofErr w:type="gramEnd"/>
      <w:r w:rsidR="008A5201" w:rsidRPr="008A5201">
        <w:rPr>
          <w:rFonts w:ascii="맑은 고딕" w:eastAsia="맑은 고딕" w:hAnsi="맑은 고딕" w:hint="eastAsia"/>
          <w:lang w:eastAsia="ko-KR"/>
        </w:rPr>
        <w:t xml:space="preserve">  </w:t>
      </w:r>
      <w:r w:rsidRPr="008A5201">
        <w:rPr>
          <w:rFonts w:ascii="맑은 고딕" w:eastAsia="맑은 고딕" w:hAnsi="맑은 고딕" w:cs="맑은 고딕" w:hint="eastAsia"/>
          <w:lang w:eastAsia="ko-KR"/>
        </w:rPr>
        <w:t>여행이</w:t>
      </w:r>
      <w:r w:rsidRPr="008A5201">
        <w:rPr>
          <w:rFonts w:ascii="맑은 고딕" w:eastAsia="맑은 고딕" w:hAnsi="맑은 고딕"/>
          <w:lang w:eastAsia="ko-KR"/>
        </w:rPr>
        <w:t xml:space="preserve"> </w:t>
      </w:r>
      <w:r w:rsidRPr="008A5201">
        <w:rPr>
          <w:rFonts w:ascii="맑은 고딕" w:eastAsia="맑은 고딕" w:hAnsi="맑은 고딕" w:cs="맑은 고딕" w:hint="eastAsia"/>
          <w:lang w:eastAsia="ko-KR"/>
        </w:rPr>
        <w:t>즐거워지는</w:t>
      </w:r>
      <w:r w:rsidRPr="008A5201">
        <w:rPr>
          <w:rFonts w:ascii="맑은 고딕" w:eastAsia="맑은 고딕" w:hAnsi="맑은 고딕"/>
          <w:lang w:eastAsia="ko-KR"/>
        </w:rPr>
        <w:t xml:space="preserve"> </w:t>
      </w:r>
      <w:r w:rsidR="00836B5D" w:rsidRPr="008A5201">
        <w:rPr>
          <w:rFonts w:ascii="맑은 고딕" w:eastAsia="맑은 고딕" w:hAnsi="맑은 고딕" w:hint="eastAsia"/>
          <w:lang w:eastAsia="ko-KR"/>
        </w:rPr>
        <w:t>초급</w:t>
      </w:r>
      <w:r w:rsidR="00836B5D">
        <w:rPr>
          <w:rFonts w:eastAsia="맑은 고딕" w:hint="eastAsia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생활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일본어</w:t>
      </w:r>
      <w:r w:rsidR="008A5201">
        <w:rPr>
          <w:rFonts w:ascii="맑은 고딕" w:eastAsia="맑은 고딕" w:hAnsi="맑은 고딕" w:cs="맑은 고딕" w:hint="eastAsia"/>
          <w:lang w:eastAsia="ko-KR"/>
        </w:rPr>
        <w:t>]</w:t>
      </w:r>
    </w:p>
    <w:p w14:paraId="06CD6B9A" w14:textId="35B85640" w:rsidR="008A5201" w:rsidRPr="008A5201" w:rsidRDefault="008A5201" w:rsidP="008A5201">
      <w:pPr>
        <w:pStyle w:val="a7"/>
        <w:ind w:firstLineChars="900" w:firstLine="1800"/>
        <w:rPr>
          <w:rFonts w:eastAsia="맑은 고딕"/>
          <w:lang w:eastAsia="ko-KR"/>
        </w:rPr>
      </w:pPr>
      <w:proofErr w:type="gramStart"/>
      <w:r w:rsidRPr="008A5201">
        <w:rPr>
          <w:rFonts w:eastAsia="맑은 고딕" w:cs="맑은 고딕" w:hint="eastAsia"/>
          <w:b/>
          <w:bCs/>
          <w:sz w:val="20"/>
          <w:szCs w:val="20"/>
          <w:lang w:eastAsia="ko-KR"/>
        </w:rPr>
        <w:t>강사</w:t>
      </w:r>
      <w:r w:rsidRPr="008A5201">
        <w:rPr>
          <w:rFonts w:eastAsia="맑은 고딕" w:cs="맑은 고딕" w:hint="eastAsia"/>
          <w:b/>
          <w:bCs/>
          <w:sz w:val="20"/>
          <w:szCs w:val="20"/>
          <w:lang w:eastAsia="ko-KR"/>
        </w:rPr>
        <w:t xml:space="preserve"> :</w:t>
      </w:r>
      <w:proofErr w:type="gramEnd"/>
      <w:r w:rsidRPr="008A5201">
        <w:rPr>
          <w:rFonts w:eastAsia="맑은 고딕" w:cs="맑은 고딕" w:hint="eastAsia"/>
          <w:b/>
          <w:bCs/>
          <w:sz w:val="20"/>
          <w:szCs w:val="20"/>
          <w:lang w:eastAsia="ko-KR"/>
        </w:rPr>
        <w:t xml:space="preserve"> </w:t>
      </w:r>
      <w:proofErr w:type="spellStart"/>
      <w:r w:rsidRPr="008A5201">
        <w:rPr>
          <w:rFonts w:eastAsia="맑은 고딕" w:cs="맑은 고딕" w:hint="eastAsia"/>
          <w:b/>
          <w:bCs/>
          <w:sz w:val="20"/>
          <w:szCs w:val="20"/>
          <w:lang w:eastAsia="ko-KR"/>
        </w:rPr>
        <w:t>이호강</w:t>
      </w:r>
      <w:proofErr w:type="spellEnd"/>
      <w:r w:rsidRPr="008A5201">
        <w:rPr>
          <w:rFonts w:eastAsia="맑은 고딕" w:cs="맑은 고딕" w:hint="eastAsia"/>
          <w:b/>
          <w:bCs/>
          <w:sz w:val="20"/>
          <w:szCs w:val="20"/>
          <w:lang w:eastAsia="ko-KR"/>
        </w:rPr>
        <w:t xml:space="preserve">    </w:t>
      </w:r>
      <w:proofErr w:type="gramStart"/>
      <w:r w:rsidRPr="008A5201">
        <w:rPr>
          <w:rFonts w:eastAsia="맑은 고딕" w:cs="맑은 고딕" w:hint="eastAsia"/>
          <w:b/>
          <w:bCs/>
          <w:sz w:val="20"/>
          <w:szCs w:val="20"/>
          <w:lang w:eastAsia="ko-KR"/>
        </w:rPr>
        <w:t>연락처</w:t>
      </w:r>
      <w:r w:rsidRPr="008A5201">
        <w:rPr>
          <w:rFonts w:eastAsia="맑은 고딕" w:cs="맑은 고딕" w:hint="eastAsia"/>
          <w:b/>
          <w:bCs/>
          <w:sz w:val="20"/>
          <w:szCs w:val="20"/>
          <w:lang w:eastAsia="ko-KR"/>
        </w:rPr>
        <w:t xml:space="preserve"> :</w:t>
      </w:r>
      <w:proofErr w:type="gramEnd"/>
      <w:r w:rsidRPr="008A5201">
        <w:rPr>
          <w:rFonts w:eastAsia="맑은 고딕" w:cs="맑은 고딕" w:hint="eastAsia"/>
          <w:b/>
          <w:bCs/>
          <w:sz w:val="20"/>
          <w:szCs w:val="20"/>
          <w:lang w:eastAsia="ko-KR"/>
        </w:rPr>
        <w:t xml:space="preserve"> 010-3228-9722     </w:t>
      </w:r>
      <w:proofErr w:type="gramStart"/>
      <w:r w:rsidRPr="008A5201">
        <w:rPr>
          <w:rFonts w:eastAsia="맑은 고딕" w:cs="맑은 고딕" w:hint="eastAsia"/>
          <w:b/>
          <w:bCs/>
          <w:sz w:val="20"/>
          <w:szCs w:val="20"/>
          <w:lang w:eastAsia="ko-KR"/>
        </w:rPr>
        <w:t>e-mail :</w:t>
      </w:r>
      <w:proofErr w:type="gramEnd"/>
      <w:r w:rsidRPr="008A5201">
        <w:rPr>
          <w:rFonts w:eastAsia="맑은 고딕" w:cs="맑은 고딕" w:hint="eastAsia"/>
          <w:b/>
          <w:bCs/>
          <w:sz w:val="20"/>
          <w:szCs w:val="20"/>
          <w:lang w:eastAsia="ko-KR"/>
        </w:rPr>
        <w:t xml:space="preserve"> jihanpa@naver.com</w:t>
      </w:r>
    </w:p>
    <w:p w14:paraId="743BDDE0" w14:textId="77777777" w:rsidR="00ED3A95" w:rsidRDefault="00000000">
      <w:pPr>
        <w:spacing w:before="80" w:after="60"/>
        <w:rPr>
          <w:lang w:eastAsia="ko-KR"/>
        </w:rPr>
      </w:pPr>
      <w:r>
        <w:rPr>
          <w:b/>
          <w:sz w:val="23"/>
          <w:lang w:eastAsia="ko-KR"/>
        </w:rPr>
        <w:t xml:space="preserve">1. </w:t>
      </w:r>
      <w:r>
        <w:rPr>
          <w:b/>
          <w:sz w:val="23"/>
          <w:lang w:eastAsia="ko-KR"/>
        </w:rPr>
        <w:t>제안</w:t>
      </w:r>
      <w:r>
        <w:rPr>
          <w:b/>
          <w:sz w:val="23"/>
          <w:lang w:eastAsia="ko-KR"/>
        </w:rPr>
        <w:t xml:space="preserve"> </w:t>
      </w:r>
      <w:r>
        <w:rPr>
          <w:b/>
          <w:sz w:val="23"/>
          <w:lang w:eastAsia="ko-KR"/>
        </w:rPr>
        <w:t>취지</w:t>
      </w:r>
    </w:p>
    <w:p w14:paraId="37BBE1B2" w14:textId="00264CD3" w:rsidR="00ED3A95" w:rsidRDefault="00000000">
      <w:pPr>
        <w:spacing w:after="80"/>
        <w:rPr>
          <w:lang w:eastAsia="ko-KR"/>
        </w:rPr>
      </w:pPr>
      <w:r>
        <w:rPr>
          <w:lang w:eastAsia="ko-KR"/>
        </w:rPr>
        <w:t>주민들이</w:t>
      </w:r>
      <w:r>
        <w:rPr>
          <w:lang w:eastAsia="ko-KR"/>
        </w:rPr>
        <w:t xml:space="preserve"> </w:t>
      </w:r>
      <w:r>
        <w:rPr>
          <w:lang w:eastAsia="ko-KR"/>
        </w:rPr>
        <w:t>일본어를</w:t>
      </w:r>
      <w:r>
        <w:rPr>
          <w:lang w:eastAsia="ko-KR"/>
        </w:rPr>
        <w:t xml:space="preserve"> </w:t>
      </w:r>
      <w:r>
        <w:rPr>
          <w:lang w:eastAsia="ko-KR"/>
        </w:rPr>
        <w:t>처음</w:t>
      </w:r>
      <w:r>
        <w:rPr>
          <w:lang w:eastAsia="ko-KR"/>
        </w:rPr>
        <w:t xml:space="preserve"> </w:t>
      </w:r>
      <w:r>
        <w:rPr>
          <w:lang w:eastAsia="ko-KR"/>
        </w:rPr>
        <w:t>접하더라도</w:t>
      </w:r>
      <w:r>
        <w:rPr>
          <w:lang w:eastAsia="ko-KR"/>
        </w:rPr>
        <w:t xml:space="preserve"> </w:t>
      </w:r>
      <w:r>
        <w:rPr>
          <w:lang w:eastAsia="ko-KR"/>
        </w:rPr>
        <w:t>부담</w:t>
      </w:r>
      <w:r>
        <w:rPr>
          <w:lang w:eastAsia="ko-KR"/>
        </w:rPr>
        <w:t xml:space="preserve"> </w:t>
      </w:r>
      <w:r>
        <w:rPr>
          <w:lang w:eastAsia="ko-KR"/>
        </w:rPr>
        <w:t>없이</w:t>
      </w:r>
      <w:r>
        <w:rPr>
          <w:lang w:eastAsia="ko-KR"/>
        </w:rPr>
        <w:t xml:space="preserve"> </w:t>
      </w:r>
      <w:r>
        <w:rPr>
          <w:lang w:eastAsia="ko-KR"/>
        </w:rPr>
        <w:t>참여하고</w:t>
      </w:r>
      <w:r>
        <w:rPr>
          <w:lang w:eastAsia="ko-KR"/>
        </w:rPr>
        <w:t xml:space="preserve">, </w:t>
      </w:r>
      <w:r>
        <w:rPr>
          <w:lang w:eastAsia="ko-KR"/>
        </w:rPr>
        <w:t>일본</w:t>
      </w:r>
      <w:r>
        <w:rPr>
          <w:lang w:eastAsia="ko-KR"/>
        </w:rPr>
        <w:t xml:space="preserve"> </w:t>
      </w:r>
      <w:r>
        <w:rPr>
          <w:lang w:eastAsia="ko-KR"/>
        </w:rPr>
        <w:t>여행</w:t>
      </w:r>
      <w:r>
        <w:rPr>
          <w:lang w:eastAsia="ko-KR"/>
        </w:rPr>
        <w:t>·</w:t>
      </w:r>
      <w:r>
        <w:rPr>
          <w:lang w:eastAsia="ko-KR"/>
        </w:rPr>
        <w:t>식당</w:t>
      </w:r>
      <w:r>
        <w:rPr>
          <w:lang w:eastAsia="ko-KR"/>
        </w:rPr>
        <w:t>·</w:t>
      </w:r>
      <w:r>
        <w:rPr>
          <w:lang w:eastAsia="ko-KR"/>
        </w:rPr>
        <w:t>교통</w:t>
      </w:r>
      <w:r>
        <w:rPr>
          <w:lang w:eastAsia="ko-KR"/>
        </w:rPr>
        <w:t>·</w:t>
      </w:r>
      <w:r>
        <w:rPr>
          <w:lang w:eastAsia="ko-KR"/>
        </w:rPr>
        <w:t>쇼핑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r>
        <w:rPr>
          <w:lang w:eastAsia="ko-KR"/>
        </w:rPr>
        <w:t>실제</w:t>
      </w:r>
      <w:r>
        <w:rPr>
          <w:lang w:eastAsia="ko-KR"/>
        </w:rPr>
        <w:t xml:space="preserve"> </w:t>
      </w:r>
      <w:r>
        <w:rPr>
          <w:lang w:eastAsia="ko-KR"/>
        </w:rPr>
        <w:t>상황에서</w:t>
      </w:r>
      <w:r>
        <w:rPr>
          <w:lang w:eastAsia="ko-KR"/>
        </w:rPr>
        <w:t xml:space="preserve"> </w:t>
      </w:r>
      <w:r>
        <w:rPr>
          <w:lang w:eastAsia="ko-KR"/>
        </w:rPr>
        <w:t>바로</w:t>
      </w:r>
      <w:r>
        <w:rPr>
          <w:lang w:eastAsia="ko-KR"/>
        </w:rPr>
        <w:t xml:space="preserve"> </w:t>
      </w:r>
      <w:r>
        <w:rPr>
          <w:lang w:eastAsia="ko-KR"/>
        </w:rPr>
        <w:t>활용할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있도록</w:t>
      </w:r>
      <w:r>
        <w:rPr>
          <w:lang w:eastAsia="ko-KR"/>
        </w:rPr>
        <w:t xml:space="preserve"> </w:t>
      </w:r>
      <w:r>
        <w:rPr>
          <w:lang w:eastAsia="ko-KR"/>
        </w:rPr>
        <w:t>생활회화와</w:t>
      </w:r>
      <w:r>
        <w:rPr>
          <w:lang w:eastAsia="ko-KR"/>
        </w:rPr>
        <w:t xml:space="preserve"> </w:t>
      </w:r>
      <w:r>
        <w:rPr>
          <w:lang w:eastAsia="ko-KR"/>
        </w:rPr>
        <w:t>일본문화를</w:t>
      </w:r>
      <w:r>
        <w:rPr>
          <w:lang w:eastAsia="ko-KR"/>
        </w:rPr>
        <w:t xml:space="preserve"> </w:t>
      </w:r>
      <w:r>
        <w:rPr>
          <w:lang w:eastAsia="ko-KR"/>
        </w:rPr>
        <w:t>결합한</w:t>
      </w:r>
      <w:r>
        <w:rPr>
          <w:lang w:eastAsia="ko-KR"/>
        </w:rPr>
        <w:t xml:space="preserve"> </w:t>
      </w:r>
      <w:r>
        <w:rPr>
          <w:lang w:eastAsia="ko-KR"/>
        </w:rPr>
        <w:t>주민</w:t>
      </w:r>
      <w:r>
        <w:rPr>
          <w:lang w:eastAsia="ko-KR"/>
        </w:rPr>
        <w:t xml:space="preserve"> </w:t>
      </w:r>
      <w:r>
        <w:rPr>
          <w:lang w:eastAsia="ko-KR"/>
        </w:rPr>
        <w:t>참여형</w:t>
      </w:r>
      <w:r>
        <w:rPr>
          <w:lang w:eastAsia="ko-KR"/>
        </w:rPr>
        <w:t xml:space="preserve"> </w:t>
      </w:r>
      <w:r>
        <w:rPr>
          <w:lang w:eastAsia="ko-KR"/>
        </w:rPr>
        <w:t>강좌를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제안</w:t>
      </w:r>
      <w:r w:rsidR="00AB3B68">
        <w:rPr>
          <w:rFonts w:eastAsia="맑은 고딕" w:hint="eastAsia"/>
          <w:lang w:eastAsia="ko-KR"/>
        </w:rPr>
        <w:t>드립니다</w:t>
      </w:r>
      <w:proofErr w:type="spellEnd"/>
      <w:r w:rsidR="00AB3B68">
        <w:rPr>
          <w:rFonts w:eastAsia="맑은 고딕" w:hint="eastAsia"/>
          <w:lang w:eastAsia="ko-KR"/>
        </w:rPr>
        <w:t>.</w:t>
      </w:r>
    </w:p>
    <w:p w14:paraId="3DCE454D" w14:textId="77777777" w:rsidR="00ED3A95" w:rsidRDefault="00000000">
      <w:pPr>
        <w:spacing w:before="80" w:after="60"/>
        <w:rPr>
          <w:lang w:eastAsia="ko-KR"/>
        </w:rPr>
      </w:pPr>
      <w:r>
        <w:rPr>
          <w:b/>
          <w:sz w:val="23"/>
          <w:lang w:eastAsia="ko-KR"/>
        </w:rPr>
        <w:t xml:space="preserve">2. </w:t>
      </w:r>
      <w:r>
        <w:rPr>
          <w:b/>
          <w:sz w:val="23"/>
          <w:lang w:eastAsia="ko-KR"/>
        </w:rPr>
        <w:t>강좌의</w:t>
      </w:r>
      <w:r>
        <w:rPr>
          <w:b/>
          <w:sz w:val="23"/>
          <w:lang w:eastAsia="ko-KR"/>
        </w:rPr>
        <w:t xml:space="preserve"> </w:t>
      </w:r>
      <w:r>
        <w:rPr>
          <w:b/>
          <w:sz w:val="23"/>
          <w:lang w:eastAsia="ko-KR"/>
        </w:rPr>
        <w:t>특징</w:t>
      </w:r>
    </w:p>
    <w:p w14:paraId="2D457A6F" w14:textId="14E93155" w:rsidR="00ED3A95" w:rsidRDefault="00000000">
      <w:pPr>
        <w:spacing w:after="40"/>
        <w:ind w:left="227" w:hanging="170"/>
        <w:rPr>
          <w:lang w:eastAsia="ko-KR"/>
        </w:rPr>
      </w:pPr>
      <w:r>
        <w:rPr>
          <w:lang w:eastAsia="ko-KR"/>
        </w:rPr>
        <w:t xml:space="preserve">• </w:t>
      </w:r>
      <w:proofErr w:type="spellStart"/>
      <w:r w:rsidR="001C29EE">
        <w:rPr>
          <w:rFonts w:eastAsia="맑은 고딕" w:cs="맑은 고딕" w:hint="eastAsia"/>
          <w:lang w:eastAsia="ko-KR"/>
        </w:rPr>
        <w:t>왕초보</w:t>
      </w:r>
      <w:proofErr w:type="spellEnd"/>
      <w:r w:rsidR="001C29EE">
        <w:rPr>
          <w:rFonts w:eastAsia="맑은 고딕" w:cs="맑은 고딕" w:hint="eastAsia"/>
          <w:lang w:eastAsia="ko-KR"/>
        </w:rPr>
        <w:t>-</w:t>
      </w:r>
      <w:r>
        <w:rPr>
          <w:lang w:eastAsia="ko-KR"/>
        </w:rPr>
        <w:t>초급</w:t>
      </w:r>
      <w:r>
        <w:rPr>
          <w:lang w:eastAsia="ko-KR"/>
        </w:rPr>
        <w:t xml:space="preserve"> </w:t>
      </w:r>
      <w:r>
        <w:rPr>
          <w:lang w:eastAsia="ko-KR"/>
        </w:rPr>
        <w:t>중심으로</w:t>
      </w:r>
      <w:r>
        <w:rPr>
          <w:lang w:eastAsia="ko-KR"/>
        </w:rPr>
        <w:t xml:space="preserve"> </w:t>
      </w:r>
      <w:r>
        <w:rPr>
          <w:lang w:eastAsia="ko-KR"/>
        </w:rPr>
        <w:t>진입장벽을</w:t>
      </w:r>
      <w:r>
        <w:rPr>
          <w:lang w:eastAsia="ko-KR"/>
        </w:rPr>
        <w:t xml:space="preserve"> </w:t>
      </w:r>
      <w:r>
        <w:rPr>
          <w:lang w:eastAsia="ko-KR"/>
        </w:rPr>
        <w:t>낮춤</w:t>
      </w:r>
    </w:p>
    <w:p w14:paraId="5D76B789" w14:textId="1A7E5B0C" w:rsidR="00ED3A95" w:rsidRDefault="00000000">
      <w:pPr>
        <w:spacing w:after="40"/>
        <w:ind w:left="227" w:hanging="170"/>
        <w:rPr>
          <w:lang w:eastAsia="ko-KR"/>
        </w:rPr>
      </w:pPr>
      <w:r>
        <w:rPr>
          <w:lang w:eastAsia="ko-KR"/>
        </w:rPr>
        <w:t xml:space="preserve">• </w:t>
      </w:r>
      <w:r w:rsidR="007D48BA">
        <w:rPr>
          <w:rFonts w:eastAsia="맑은 고딕" w:cs="맑은 고딕" w:hint="eastAsia"/>
          <w:lang w:eastAsia="ko-KR"/>
        </w:rPr>
        <w:t>말하기와 듣기를 중점으로</w:t>
      </w:r>
      <w:r w:rsidR="00C52D73">
        <w:rPr>
          <w:rFonts w:eastAsia="맑은 고딕" w:cs="맑은 고딕" w:hint="eastAsia"/>
          <w:lang w:eastAsia="ko-KR"/>
        </w:rPr>
        <w:t xml:space="preserve"> 하되,</w:t>
      </w:r>
      <w:r>
        <w:rPr>
          <w:lang w:eastAsia="ko-KR"/>
        </w:rPr>
        <w:t xml:space="preserve"> </w:t>
      </w:r>
      <w:r>
        <w:rPr>
          <w:lang w:eastAsia="ko-KR"/>
        </w:rPr>
        <w:t>설명은</w:t>
      </w:r>
      <w:r>
        <w:rPr>
          <w:lang w:eastAsia="ko-KR"/>
        </w:rPr>
        <w:t xml:space="preserve"> </w:t>
      </w:r>
      <w:r>
        <w:rPr>
          <w:lang w:eastAsia="ko-KR"/>
        </w:rPr>
        <w:t>쉽고</w:t>
      </w:r>
      <w:r>
        <w:rPr>
          <w:lang w:eastAsia="ko-KR"/>
        </w:rPr>
        <w:t xml:space="preserve"> </w:t>
      </w:r>
      <w:r>
        <w:rPr>
          <w:lang w:eastAsia="ko-KR"/>
        </w:rPr>
        <w:t>짧게</w:t>
      </w:r>
    </w:p>
    <w:p w14:paraId="2E6BD9FD" w14:textId="77777777" w:rsidR="00ED3A95" w:rsidRDefault="00000000">
      <w:pPr>
        <w:spacing w:after="40"/>
        <w:ind w:left="227" w:hanging="170"/>
        <w:rPr>
          <w:lang w:eastAsia="ko-KR"/>
        </w:rPr>
      </w:pPr>
      <w:r>
        <w:rPr>
          <w:lang w:eastAsia="ko-KR"/>
        </w:rPr>
        <w:t xml:space="preserve">• </w:t>
      </w:r>
      <w:r>
        <w:rPr>
          <w:lang w:eastAsia="ko-KR"/>
        </w:rPr>
        <w:t>여행</w:t>
      </w:r>
      <w:r>
        <w:rPr>
          <w:lang w:eastAsia="ko-KR"/>
        </w:rPr>
        <w:t xml:space="preserve"> </w:t>
      </w:r>
      <w:r>
        <w:rPr>
          <w:lang w:eastAsia="ko-KR"/>
        </w:rPr>
        <w:t>상황</w:t>
      </w:r>
      <w:r>
        <w:rPr>
          <w:lang w:eastAsia="ko-KR"/>
        </w:rPr>
        <w:t xml:space="preserve"> </w:t>
      </w:r>
      <w:r>
        <w:rPr>
          <w:lang w:eastAsia="ko-KR"/>
        </w:rPr>
        <w:t>역할연습과</w:t>
      </w:r>
      <w:r>
        <w:rPr>
          <w:lang w:eastAsia="ko-KR"/>
        </w:rPr>
        <w:t xml:space="preserve"> </w:t>
      </w:r>
      <w:r>
        <w:rPr>
          <w:lang w:eastAsia="ko-KR"/>
        </w:rPr>
        <w:t>반복</w:t>
      </w:r>
      <w:r>
        <w:rPr>
          <w:lang w:eastAsia="ko-KR"/>
        </w:rPr>
        <w:t xml:space="preserve"> </w:t>
      </w:r>
      <w:r>
        <w:rPr>
          <w:lang w:eastAsia="ko-KR"/>
        </w:rPr>
        <w:t>말하기</w:t>
      </w:r>
      <w:r>
        <w:rPr>
          <w:lang w:eastAsia="ko-KR"/>
        </w:rPr>
        <w:t xml:space="preserve"> </w:t>
      </w:r>
      <w:r>
        <w:rPr>
          <w:lang w:eastAsia="ko-KR"/>
        </w:rPr>
        <w:t>중심</w:t>
      </w:r>
    </w:p>
    <w:p w14:paraId="7A9682DE" w14:textId="77777777" w:rsidR="00ED3A95" w:rsidRDefault="00000000">
      <w:pPr>
        <w:spacing w:after="40"/>
        <w:ind w:left="227" w:hanging="170"/>
        <w:rPr>
          <w:lang w:eastAsia="ko-KR"/>
        </w:rPr>
      </w:pPr>
      <w:r>
        <w:rPr>
          <w:lang w:eastAsia="ko-KR"/>
        </w:rPr>
        <w:t xml:space="preserve">• </w:t>
      </w:r>
      <w:r>
        <w:rPr>
          <w:lang w:eastAsia="ko-KR"/>
        </w:rPr>
        <w:t>일본의</w:t>
      </w:r>
      <w:r>
        <w:rPr>
          <w:lang w:eastAsia="ko-KR"/>
        </w:rPr>
        <w:t xml:space="preserve"> </w:t>
      </w:r>
      <w:r>
        <w:rPr>
          <w:lang w:eastAsia="ko-KR"/>
        </w:rPr>
        <w:t>생활문화</w:t>
      </w:r>
      <w:r>
        <w:rPr>
          <w:lang w:eastAsia="ko-KR"/>
        </w:rPr>
        <w:t>·</w:t>
      </w:r>
      <w:r>
        <w:rPr>
          <w:lang w:eastAsia="ko-KR"/>
        </w:rPr>
        <w:t>여행정보를</w:t>
      </w:r>
      <w:r>
        <w:rPr>
          <w:lang w:eastAsia="ko-KR"/>
        </w:rPr>
        <w:t xml:space="preserve"> </w:t>
      </w:r>
      <w:r>
        <w:rPr>
          <w:lang w:eastAsia="ko-KR"/>
        </w:rPr>
        <w:t>함께</w:t>
      </w:r>
      <w:r>
        <w:rPr>
          <w:lang w:eastAsia="ko-KR"/>
        </w:rPr>
        <w:t xml:space="preserve"> </w:t>
      </w:r>
      <w:r>
        <w:rPr>
          <w:lang w:eastAsia="ko-KR"/>
        </w:rPr>
        <w:t>다루어</w:t>
      </w:r>
      <w:r>
        <w:rPr>
          <w:lang w:eastAsia="ko-KR"/>
        </w:rPr>
        <w:t xml:space="preserve"> </w:t>
      </w:r>
      <w:r>
        <w:rPr>
          <w:lang w:eastAsia="ko-KR"/>
        </w:rPr>
        <w:t>학습</w:t>
      </w:r>
      <w:r>
        <w:rPr>
          <w:lang w:eastAsia="ko-KR"/>
        </w:rPr>
        <w:t xml:space="preserve"> </w:t>
      </w:r>
      <w:r>
        <w:rPr>
          <w:lang w:eastAsia="ko-KR"/>
        </w:rPr>
        <w:t>흥미를</w:t>
      </w:r>
      <w:r>
        <w:rPr>
          <w:lang w:eastAsia="ko-KR"/>
        </w:rPr>
        <w:t xml:space="preserve"> </w:t>
      </w:r>
      <w:r>
        <w:rPr>
          <w:lang w:eastAsia="ko-KR"/>
        </w:rPr>
        <w:t>높임</w:t>
      </w:r>
    </w:p>
    <w:p w14:paraId="7B27752F" w14:textId="27AC3844" w:rsidR="00ED3A95" w:rsidRDefault="00000000">
      <w:pPr>
        <w:spacing w:after="40"/>
        <w:ind w:left="227" w:hanging="170"/>
        <w:rPr>
          <w:lang w:eastAsia="ko-KR"/>
        </w:rPr>
      </w:pPr>
      <w:r>
        <w:rPr>
          <w:lang w:eastAsia="ko-KR"/>
        </w:rPr>
        <w:t xml:space="preserve">• </w:t>
      </w:r>
      <w:r>
        <w:rPr>
          <w:lang w:eastAsia="ko-KR"/>
        </w:rPr>
        <w:t>학습자의</w:t>
      </w:r>
      <w:r>
        <w:rPr>
          <w:lang w:eastAsia="ko-KR"/>
        </w:rPr>
        <w:t xml:space="preserve"> </w:t>
      </w:r>
      <w:r w:rsidR="001C29EE">
        <w:rPr>
          <w:rFonts w:eastAsia="맑은 고딕" w:cs="맑은 고딕" w:hint="eastAsia"/>
          <w:lang w:eastAsia="ko-KR"/>
        </w:rPr>
        <w:t>환경과</w:t>
      </w:r>
      <w:r>
        <w:rPr>
          <w:lang w:eastAsia="ko-KR"/>
        </w:rPr>
        <w:t xml:space="preserve"> </w:t>
      </w:r>
      <w:r>
        <w:rPr>
          <w:lang w:eastAsia="ko-KR"/>
        </w:rPr>
        <w:t>기억</w:t>
      </w:r>
      <w:r>
        <w:rPr>
          <w:lang w:eastAsia="ko-KR"/>
        </w:rPr>
        <w:t xml:space="preserve"> </w:t>
      </w:r>
      <w:r>
        <w:rPr>
          <w:lang w:eastAsia="ko-KR"/>
        </w:rPr>
        <w:t>특성을</w:t>
      </w:r>
      <w:r>
        <w:rPr>
          <w:lang w:eastAsia="ko-KR"/>
        </w:rPr>
        <w:t xml:space="preserve"> </w:t>
      </w:r>
      <w:r>
        <w:rPr>
          <w:lang w:eastAsia="ko-KR"/>
        </w:rPr>
        <w:t>고려한</w:t>
      </w:r>
      <w:r>
        <w:rPr>
          <w:lang w:eastAsia="ko-KR"/>
        </w:rPr>
        <w:t xml:space="preserve"> </w:t>
      </w:r>
      <w:r>
        <w:rPr>
          <w:lang w:eastAsia="ko-KR"/>
        </w:rPr>
        <w:t>반복</w:t>
      </w:r>
      <w:r>
        <w:rPr>
          <w:lang w:eastAsia="ko-KR"/>
        </w:rPr>
        <w:t>·</w:t>
      </w:r>
      <w:r>
        <w:rPr>
          <w:lang w:eastAsia="ko-KR"/>
        </w:rPr>
        <w:t>복습</w:t>
      </w:r>
      <w:r>
        <w:rPr>
          <w:lang w:eastAsia="ko-KR"/>
        </w:rPr>
        <w:t xml:space="preserve"> </w:t>
      </w:r>
      <w:r>
        <w:rPr>
          <w:lang w:eastAsia="ko-KR"/>
        </w:rPr>
        <w:t>운영</w:t>
      </w:r>
    </w:p>
    <w:p w14:paraId="33C773B3" w14:textId="77777777" w:rsidR="00ED3A95" w:rsidRDefault="00000000">
      <w:pPr>
        <w:spacing w:before="80" w:after="60"/>
        <w:rPr>
          <w:lang w:eastAsia="ko-KR"/>
        </w:rPr>
      </w:pPr>
      <w:r>
        <w:rPr>
          <w:b/>
          <w:sz w:val="23"/>
          <w:lang w:eastAsia="ko-KR"/>
        </w:rPr>
        <w:t xml:space="preserve">3. </w:t>
      </w:r>
      <w:r>
        <w:rPr>
          <w:b/>
          <w:sz w:val="23"/>
          <w:lang w:eastAsia="ko-KR"/>
        </w:rPr>
        <w:t>대상</w:t>
      </w:r>
    </w:p>
    <w:p w14:paraId="05AE7BF6" w14:textId="528CE510" w:rsidR="00ED3A95" w:rsidRDefault="00000000">
      <w:pPr>
        <w:spacing w:after="80"/>
        <w:rPr>
          <w:lang w:eastAsia="ko-KR"/>
        </w:rPr>
      </w:pPr>
      <w:r>
        <w:rPr>
          <w:lang w:eastAsia="ko-KR"/>
        </w:rPr>
        <w:t>주민</w:t>
      </w:r>
      <w:r>
        <w:rPr>
          <w:lang w:eastAsia="ko-KR"/>
        </w:rPr>
        <w:t xml:space="preserve"> </w:t>
      </w:r>
      <w:r>
        <w:rPr>
          <w:lang w:eastAsia="ko-KR"/>
        </w:rPr>
        <w:t>중</w:t>
      </w:r>
      <w:r>
        <w:rPr>
          <w:lang w:eastAsia="ko-KR"/>
        </w:rPr>
        <w:t xml:space="preserve"> </w:t>
      </w:r>
      <w:r>
        <w:rPr>
          <w:lang w:eastAsia="ko-KR"/>
        </w:rPr>
        <w:t>일본어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입문자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초급자</w:t>
      </w:r>
      <w:proofErr w:type="spellEnd"/>
      <w:r>
        <w:rPr>
          <w:lang w:eastAsia="ko-KR"/>
        </w:rPr>
        <w:t xml:space="preserve">, </w:t>
      </w:r>
      <w:r>
        <w:rPr>
          <w:lang w:eastAsia="ko-KR"/>
        </w:rPr>
        <w:t>일본여행</w:t>
      </w:r>
      <w:r>
        <w:rPr>
          <w:lang w:eastAsia="ko-KR"/>
        </w:rPr>
        <w:t>·</w:t>
      </w:r>
      <w:r>
        <w:rPr>
          <w:lang w:eastAsia="ko-KR"/>
        </w:rPr>
        <w:t>일본문화에</w:t>
      </w:r>
      <w:r>
        <w:rPr>
          <w:lang w:eastAsia="ko-KR"/>
        </w:rPr>
        <w:t xml:space="preserve"> </w:t>
      </w:r>
      <w:r>
        <w:rPr>
          <w:lang w:eastAsia="ko-KR"/>
        </w:rPr>
        <w:t>관심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 w:rsidR="001C29EE">
        <w:rPr>
          <w:rFonts w:eastAsia="맑은 고딕" w:cs="맑은 고딕" w:hint="eastAsia"/>
          <w:lang w:eastAsia="ko-KR"/>
        </w:rPr>
        <w:t>성인</w:t>
      </w:r>
    </w:p>
    <w:p w14:paraId="11D64F5B" w14:textId="399C2904" w:rsidR="00ED3A95" w:rsidRPr="00E72E81" w:rsidRDefault="00000000">
      <w:pPr>
        <w:spacing w:before="80" w:after="60"/>
        <w:rPr>
          <w:rFonts w:eastAsia="맑은 고딕"/>
          <w:lang w:eastAsia="ko-KR"/>
        </w:rPr>
      </w:pPr>
      <w:r>
        <w:rPr>
          <w:b/>
          <w:sz w:val="23"/>
          <w:lang w:eastAsia="ko-KR"/>
        </w:rPr>
        <w:t xml:space="preserve">4. </w:t>
      </w:r>
      <w:r>
        <w:rPr>
          <w:b/>
          <w:sz w:val="23"/>
          <w:lang w:eastAsia="ko-KR"/>
        </w:rPr>
        <w:t>운영</w:t>
      </w:r>
      <w:r>
        <w:rPr>
          <w:b/>
          <w:sz w:val="23"/>
          <w:lang w:eastAsia="ko-KR"/>
        </w:rPr>
        <w:t>(</w:t>
      </w:r>
      <w:r>
        <w:rPr>
          <w:b/>
          <w:sz w:val="23"/>
          <w:lang w:eastAsia="ko-KR"/>
        </w:rPr>
        <w:t>안</w:t>
      </w:r>
      <w:r>
        <w:rPr>
          <w:b/>
          <w:sz w:val="23"/>
          <w:lang w:eastAsia="ko-KR"/>
        </w:rPr>
        <w:t>)</w:t>
      </w:r>
      <w:r w:rsidR="00E72E81" w:rsidRPr="00E72E81">
        <w:rPr>
          <w:rFonts w:eastAsia="맑은 고딕" w:hint="eastAsia"/>
          <w:bCs/>
          <w:sz w:val="20"/>
          <w:szCs w:val="20"/>
          <w:lang w:eastAsia="ko-KR"/>
        </w:rPr>
        <w:t xml:space="preserve">(요일, 과정 및 시간은 </w:t>
      </w:r>
      <w:r w:rsidR="00E72E81">
        <w:rPr>
          <w:rFonts w:eastAsia="맑은 고딕" w:hint="eastAsia"/>
          <w:bCs/>
          <w:sz w:val="20"/>
          <w:szCs w:val="20"/>
          <w:lang w:eastAsia="ko-KR"/>
        </w:rPr>
        <w:t>기</w:t>
      </w:r>
      <w:r w:rsidR="00E72E81" w:rsidRPr="00E72E81">
        <w:rPr>
          <w:rFonts w:eastAsia="맑은 고딕" w:hint="eastAsia"/>
          <w:bCs/>
          <w:sz w:val="20"/>
          <w:szCs w:val="20"/>
          <w:lang w:eastAsia="ko-KR"/>
        </w:rPr>
        <w:t>관의 상황에 따라 조정)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8363"/>
      </w:tblGrid>
      <w:tr w:rsidR="00ED3A95" w14:paraId="7AFA14CA" w14:textId="77777777" w:rsidTr="001C29EE">
        <w:trPr>
          <w:jc w:val="center"/>
        </w:trPr>
        <w:tc>
          <w:tcPr>
            <w:tcW w:w="846" w:type="dxa"/>
            <w:vAlign w:val="center"/>
          </w:tcPr>
          <w:p w14:paraId="65AF185E" w14:textId="77777777" w:rsidR="00ED3A95" w:rsidRDefault="00000000" w:rsidP="007D48BA">
            <w:pPr>
              <w:jc w:val="center"/>
            </w:pPr>
            <w:proofErr w:type="spellStart"/>
            <w:r>
              <w:rPr>
                <w:b/>
                <w:sz w:val="17"/>
              </w:rPr>
              <w:t>항목</w:t>
            </w:r>
            <w:proofErr w:type="spellEnd"/>
          </w:p>
        </w:tc>
        <w:tc>
          <w:tcPr>
            <w:tcW w:w="8363" w:type="dxa"/>
            <w:vAlign w:val="center"/>
          </w:tcPr>
          <w:p w14:paraId="0946C4D7" w14:textId="77777777" w:rsidR="00ED3A95" w:rsidRDefault="00000000" w:rsidP="007D48BA">
            <w:pPr>
              <w:jc w:val="center"/>
            </w:pPr>
            <w:proofErr w:type="spellStart"/>
            <w:r>
              <w:rPr>
                <w:b/>
                <w:sz w:val="17"/>
              </w:rPr>
              <w:t>제안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내용</w:t>
            </w:r>
            <w:proofErr w:type="spellEnd"/>
          </w:p>
        </w:tc>
      </w:tr>
      <w:tr w:rsidR="00ED3A95" w14:paraId="4EA3E40D" w14:textId="77777777" w:rsidTr="001C29EE">
        <w:trPr>
          <w:jc w:val="center"/>
        </w:trPr>
        <w:tc>
          <w:tcPr>
            <w:tcW w:w="846" w:type="dxa"/>
            <w:vAlign w:val="center"/>
          </w:tcPr>
          <w:p w14:paraId="66FC7B6C" w14:textId="77777777" w:rsidR="00ED3A95" w:rsidRDefault="00000000">
            <w:proofErr w:type="spellStart"/>
            <w:r>
              <w:rPr>
                <w:sz w:val="17"/>
              </w:rPr>
              <w:t>기간</w:t>
            </w:r>
            <w:proofErr w:type="spellEnd"/>
          </w:p>
        </w:tc>
        <w:tc>
          <w:tcPr>
            <w:tcW w:w="8363" w:type="dxa"/>
            <w:vAlign w:val="center"/>
          </w:tcPr>
          <w:p w14:paraId="7F17C9C1" w14:textId="01E22B8E" w:rsidR="00ED3A95" w:rsidRPr="007D48BA" w:rsidRDefault="00000000">
            <w:pPr>
              <w:rPr>
                <w:rFonts w:eastAsia="맑은 고딕"/>
                <w:lang w:eastAsia="ko-KR"/>
              </w:rPr>
            </w:pPr>
            <w:r>
              <w:rPr>
                <w:sz w:val="17"/>
                <w:lang w:eastAsia="ko-KR"/>
              </w:rPr>
              <w:t>1</w:t>
            </w:r>
            <w:r w:rsidR="007D48BA">
              <w:rPr>
                <w:rFonts w:eastAsia="맑은 고딕" w:hint="eastAsia"/>
                <w:sz w:val="17"/>
                <w:lang w:eastAsia="ko-KR"/>
              </w:rPr>
              <w:t>2</w:t>
            </w:r>
            <w:r>
              <w:rPr>
                <w:sz w:val="17"/>
                <w:lang w:eastAsia="ko-KR"/>
              </w:rPr>
              <w:t>주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과정</w:t>
            </w:r>
            <w:r>
              <w:rPr>
                <w:sz w:val="17"/>
                <w:lang w:eastAsia="ko-KR"/>
              </w:rPr>
              <w:t>(</w:t>
            </w:r>
            <w:r>
              <w:rPr>
                <w:sz w:val="17"/>
                <w:lang w:eastAsia="ko-KR"/>
              </w:rPr>
              <w:t>주</w:t>
            </w:r>
            <w:r>
              <w:rPr>
                <w:sz w:val="17"/>
                <w:lang w:eastAsia="ko-KR"/>
              </w:rPr>
              <w:t xml:space="preserve"> 1</w:t>
            </w:r>
            <w:r>
              <w:rPr>
                <w:sz w:val="17"/>
                <w:lang w:eastAsia="ko-KR"/>
              </w:rPr>
              <w:t>회</w:t>
            </w:r>
            <w:r>
              <w:rPr>
                <w:sz w:val="17"/>
                <w:lang w:eastAsia="ko-KR"/>
              </w:rPr>
              <w:t xml:space="preserve">, </w:t>
            </w:r>
            <w:r w:rsidR="007D48BA">
              <w:rPr>
                <w:rFonts w:eastAsia="맑은 고딕" w:cs="맑은 고딕" w:hint="eastAsia"/>
                <w:sz w:val="17"/>
                <w:lang w:eastAsia="ko-KR"/>
              </w:rPr>
              <w:t>회</w:t>
            </w:r>
            <w:r>
              <w:rPr>
                <w:sz w:val="17"/>
                <w:lang w:eastAsia="ko-KR"/>
              </w:rPr>
              <w:t>당</w:t>
            </w:r>
            <w:r w:rsidR="001C29EE">
              <w:rPr>
                <w:rFonts w:eastAsia="맑은 고딕" w:hint="eastAsia"/>
                <w:sz w:val="17"/>
                <w:lang w:eastAsia="ko-KR"/>
              </w:rPr>
              <w:t>12</w:t>
            </w:r>
            <w:r w:rsidR="007D48BA">
              <w:rPr>
                <w:rFonts w:eastAsia="맑은 고딕" w:hint="eastAsia"/>
                <w:sz w:val="17"/>
                <w:lang w:eastAsia="ko-KR"/>
              </w:rPr>
              <w:t>0</w:t>
            </w:r>
            <w:r>
              <w:rPr>
                <w:sz w:val="17"/>
                <w:lang w:eastAsia="ko-KR"/>
              </w:rPr>
              <w:t>분</w:t>
            </w:r>
            <w:r>
              <w:rPr>
                <w:sz w:val="17"/>
                <w:lang w:eastAsia="ko-KR"/>
              </w:rPr>
              <w:t xml:space="preserve">) — </w:t>
            </w:r>
            <w:r>
              <w:rPr>
                <w:sz w:val="17"/>
                <w:lang w:eastAsia="ko-KR"/>
              </w:rPr>
              <w:t>기관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일정에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따라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조정</w:t>
            </w:r>
            <w:r w:rsidR="007D48BA">
              <w:rPr>
                <w:rFonts w:eastAsia="맑은 고딕" w:hint="eastAsia"/>
                <w:sz w:val="17"/>
                <w:lang w:eastAsia="ko-KR"/>
              </w:rPr>
              <w:t xml:space="preserve"> 가능</w:t>
            </w:r>
          </w:p>
        </w:tc>
      </w:tr>
      <w:tr w:rsidR="00ED3A95" w14:paraId="3A749A13" w14:textId="77777777" w:rsidTr="001C29EE">
        <w:trPr>
          <w:jc w:val="center"/>
        </w:trPr>
        <w:tc>
          <w:tcPr>
            <w:tcW w:w="846" w:type="dxa"/>
            <w:vAlign w:val="center"/>
          </w:tcPr>
          <w:p w14:paraId="0070B924" w14:textId="77777777" w:rsidR="00ED3A95" w:rsidRDefault="00000000">
            <w:proofErr w:type="spellStart"/>
            <w:r>
              <w:rPr>
                <w:sz w:val="17"/>
              </w:rPr>
              <w:t>인원</w:t>
            </w:r>
            <w:proofErr w:type="spellEnd"/>
          </w:p>
        </w:tc>
        <w:tc>
          <w:tcPr>
            <w:tcW w:w="8363" w:type="dxa"/>
            <w:vAlign w:val="center"/>
          </w:tcPr>
          <w:p w14:paraId="7F7B5B90" w14:textId="5CAD86CE" w:rsidR="00ED3A95" w:rsidRDefault="00000000">
            <w:r>
              <w:rPr>
                <w:sz w:val="17"/>
              </w:rPr>
              <w:t>1</w:t>
            </w:r>
            <w:r w:rsidR="007D48BA">
              <w:rPr>
                <w:rFonts w:eastAsia="맑은 고딕" w:hint="eastAsia"/>
                <w:sz w:val="17"/>
                <w:lang w:eastAsia="ko-KR"/>
              </w:rPr>
              <w:t>0</w:t>
            </w:r>
            <w:r>
              <w:rPr>
                <w:sz w:val="17"/>
              </w:rPr>
              <w:t>~20</w:t>
            </w:r>
            <w:r>
              <w:rPr>
                <w:sz w:val="17"/>
              </w:rPr>
              <w:t>명</w:t>
            </w:r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내외</w:t>
            </w:r>
            <w:proofErr w:type="spellEnd"/>
            <w:r>
              <w:rPr>
                <w:sz w:val="17"/>
              </w:rPr>
              <w:t xml:space="preserve"> </w:t>
            </w:r>
          </w:p>
        </w:tc>
      </w:tr>
      <w:tr w:rsidR="00ED3A95" w14:paraId="351230AF" w14:textId="77777777" w:rsidTr="001C29EE">
        <w:trPr>
          <w:jc w:val="center"/>
        </w:trPr>
        <w:tc>
          <w:tcPr>
            <w:tcW w:w="846" w:type="dxa"/>
            <w:vAlign w:val="center"/>
          </w:tcPr>
          <w:p w14:paraId="2647AC89" w14:textId="77777777" w:rsidR="00ED3A95" w:rsidRDefault="00000000">
            <w:proofErr w:type="spellStart"/>
            <w:r>
              <w:rPr>
                <w:sz w:val="17"/>
              </w:rPr>
              <w:t>구성</w:t>
            </w:r>
            <w:proofErr w:type="spellEnd"/>
          </w:p>
        </w:tc>
        <w:tc>
          <w:tcPr>
            <w:tcW w:w="8363" w:type="dxa"/>
            <w:vAlign w:val="center"/>
          </w:tcPr>
          <w:p w14:paraId="26B2D13F" w14:textId="18AE53C1" w:rsidR="00ED3A95" w:rsidRPr="001C29EE" w:rsidRDefault="00000000">
            <w:pPr>
              <w:rPr>
                <w:rFonts w:eastAsia="맑은 고딕"/>
                <w:lang w:eastAsia="ko-KR"/>
              </w:rPr>
            </w:pPr>
            <w:r>
              <w:rPr>
                <w:sz w:val="17"/>
                <w:lang w:eastAsia="ko-KR"/>
              </w:rPr>
              <w:t>복습</w:t>
            </w:r>
            <w:r>
              <w:rPr>
                <w:sz w:val="17"/>
                <w:lang w:eastAsia="ko-KR"/>
              </w:rPr>
              <w:t>1</w:t>
            </w:r>
            <w:r w:rsidR="001C29EE">
              <w:rPr>
                <w:rFonts w:eastAsia="맑은 고딕" w:hint="eastAsia"/>
                <w:sz w:val="17"/>
                <w:lang w:eastAsia="ko-KR"/>
              </w:rPr>
              <w:t>0</w:t>
            </w:r>
            <w:r>
              <w:rPr>
                <w:sz w:val="17"/>
                <w:lang w:eastAsia="ko-KR"/>
              </w:rPr>
              <w:t>분</w:t>
            </w:r>
            <w:r>
              <w:rPr>
                <w:sz w:val="17"/>
                <w:lang w:eastAsia="ko-KR"/>
              </w:rPr>
              <w:t>+</w:t>
            </w:r>
            <w:r>
              <w:rPr>
                <w:sz w:val="17"/>
                <w:lang w:eastAsia="ko-KR"/>
              </w:rPr>
              <w:t>핵심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표현</w:t>
            </w:r>
            <w:r>
              <w:rPr>
                <w:sz w:val="17"/>
                <w:lang w:eastAsia="ko-KR"/>
              </w:rPr>
              <w:t>25</w:t>
            </w:r>
            <w:r>
              <w:rPr>
                <w:sz w:val="17"/>
                <w:lang w:eastAsia="ko-KR"/>
              </w:rPr>
              <w:t>분</w:t>
            </w:r>
            <w:r>
              <w:rPr>
                <w:sz w:val="17"/>
                <w:lang w:eastAsia="ko-KR"/>
              </w:rPr>
              <w:t>+</w:t>
            </w:r>
            <w:r>
              <w:rPr>
                <w:sz w:val="17"/>
                <w:lang w:eastAsia="ko-KR"/>
              </w:rPr>
              <w:t>상황회화</w:t>
            </w:r>
            <w:r w:rsidR="001C29EE">
              <w:rPr>
                <w:rFonts w:eastAsia="맑은 고딕" w:hint="eastAsia"/>
                <w:sz w:val="17"/>
                <w:lang w:eastAsia="ko-KR"/>
              </w:rPr>
              <w:t>25</w:t>
            </w:r>
            <w:r>
              <w:rPr>
                <w:sz w:val="17"/>
                <w:lang w:eastAsia="ko-KR"/>
              </w:rPr>
              <w:t>분</w:t>
            </w:r>
            <w:r>
              <w:rPr>
                <w:sz w:val="17"/>
                <w:lang w:eastAsia="ko-KR"/>
              </w:rPr>
              <w:t>+</w:t>
            </w:r>
            <w:r w:rsidR="001C29EE">
              <w:rPr>
                <w:rFonts w:eastAsia="맑은 고딕" w:hint="eastAsia"/>
                <w:sz w:val="17"/>
                <w:lang w:eastAsia="ko-KR"/>
              </w:rPr>
              <w:t>휴식 10분</w:t>
            </w:r>
            <w:r w:rsidR="001C29EE">
              <w:rPr>
                <w:rFonts w:eastAsia="맑은 고딕" w:cs="맑은 고딕" w:hint="eastAsia"/>
                <w:sz w:val="17"/>
                <w:lang w:eastAsia="ko-KR"/>
              </w:rPr>
              <w:t xml:space="preserve"> +</w:t>
            </w:r>
            <w:proofErr w:type="gramStart"/>
            <w:r w:rsidR="00C52D73">
              <w:rPr>
                <w:rFonts w:eastAsia="맑은 고딕" w:cs="맑은 고딕" w:hint="eastAsia"/>
                <w:sz w:val="17"/>
                <w:lang w:eastAsia="ko-KR"/>
              </w:rPr>
              <w:t>문자</w:t>
            </w:r>
            <w:r w:rsidR="001C29EE">
              <w:rPr>
                <w:rFonts w:eastAsia="맑은 고딕" w:cs="맑은 고딕" w:hint="eastAsia"/>
                <w:sz w:val="17"/>
                <w:lang w:eastAsia="ko-KR"/>
              </w:rPr>
              <w:t>,단어</w:t>
            </w:r>
            <w:r w:rsidR="00C52D73">
              <w:rPr>
                <w:rFonts w:eastAsia="맑은 고딕" w:cs="맑은 고딕" w:hint="eastAsia"/>
                <w:sz w:val="17"/>
                <w:lang w:eastAsia="ko-KR"/>
              </w:rPr>
              <w:t>학습</w:t>
            </w:r>
            <w:proofErr w:type="gramEnd"/>
            <w:r w:rsidR="001C29EE">
              <w:rPr>
                <w:rFonts w:eastAsia="맑은 고딕" w:cs="맑은 고딕" w:hint="eastAsia"/>
                <w:sz w:val="17"/>
                <w:lang w:eastAsia="ko-KR"/>
              </w:rPr>
              <w:t>2</w:t>
            </w:r>
            <w:r w:rsidR="007D48BA">
              <w:rPr>
                <w:rFonts w:eastAsia="맑은 고딕" w:cs="맑은 고딕" w:hint="eastAsia"/>
                <w:sz w:val="17"/>
                <w:lang w:eastAsia="ko-KR"/>
              </w:rPr>
              <w:t>0분+</w:t>
            </w:r>
            <w:r w:rsidR="001C29EE">
              <w:rPr>
                <w:rFonts w:eastAsia="맑은 고딕" w:cs="맑은 고딕" w:hint="eastAsia"/>
                <w:sz w:val="17"/>
                <w:lang w:eastAsia="ko-KR"/>
              </w:rPr>
              <w:t xml:space="preserve">상황극 20분+ </w:t>
            </w:r>
            <w:r>
              <w:rPr>
                <w:sz w:val="17"/>
                <w:lang w:eastAsia="ko-KR"/>
              </w:rPr>
              <w:t>정리</w:t>
            </w:r>
            <w:r w:rsidR="007D48BA">
              <w:rPr>
                <w:rFonts w:eastAsia="맑은 고딕" w:hint="eastAsia"/>
                <w:sz w:val="17"/>
                <w:lang w:eastAsia="ko-KR"/>
              </w:rPr>
              <w:t>10</w:t>
            </w:r>
            <w:r>
              <w:rPr>
                <w:sz w:val="17"/>
                <w:lang w:eastAsia="ko-KR"/>
              </w:rPr>
              <w:t>분</w:t>
            </w:r>
            <w:r w:rsidR="001C29EE">
              <w:rPr>
                <w:rFonts w:eastAsia="맑은 고딕" w:hint="eastAsia"/>
                <w:sz w:val="17"/>
                <w:lang w:eastAsia="ko-KR"/>
              </w:rPr>
              <w:t>+</w:t>
            </w:r>
          </w:p>
        </w:tc>
      </w:tr>
      <w:tr w:rsidR="00ED3A95" w14:paraId="0B5A2F2D" w14:textId="77777777" w:rsidTr="001C29EE">
        <w:trPr>
          <w:jc w:val="center"/>
        </w:trPr>
        <w:tc>
          <w:tcPr>
            <w:tcW w:w="846" w:type="dxa"/>
            <w:vAlign w:val="center"/>
          </w:tcPr>
          <w:p w14:paraId="15E27867" w14:textId="77777777" w:rsidR="00ED3A95" w:rsidRDefault="00000000">
            <w:proofErr w:type="spellStart"/>
            <w:r>
              <w:rPr>
                <w:sz w:val="17"/>
              </w:rPr>
              <w:t>교재</w:t>
            </w:r>
            <w:proofErr w:type="spellEnd"/>
          </w:p>
        </w:tc>
        <w:tc>
          <w:tcPr>
            <w:tcW w:w="8363" w:type="dxa"/>
            <w:vAlign w:val="center"/>
          </w:tcPr>
          <w:p w14:paraId="2C31BE31" w14:textId="081A54D3" w:rsidR="00ED3A95" w:rsidRPr="001C29EE" w:rsidRDefault="00000000">
            <w:pPr>
              <w:rPr>
                <w:rFonts w:eastAsia="맑은 고딕"/>
                <w:lang w:eastAsia="ko-KR"/>
              </w:rPr>
            </w:pPr>
            <w:r>
              <w:rPr>
                <w:sz w:val="17"/>
                <w:lang w:eastAsia="ko-KR"/>
              </w:rPr>
              <w:t>강사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자체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제작</w:t>
            </w:r>
            <w:r>
              <w:rPr>
                <w:sz w:val="17"/>
                <w:lang w:eastAsia="ko-KR"/>
              </w:rPr>
              <w:t xml:space="preserve"> </w:t>
            </w:r>
            <w:r w:rsidR="00B66F8E">
              <w:rPr>
                <w:rFonts w:eastAsia="맑은 고딕" w:hint="eastAsia"/>
                <w:sz w:val="17"/>
                <w:lang w:eastAsia="ko-KR"/>
              </w:rPr>
              <w:t>ppt</w:t>
            </w:r>
            <w:r>
              <w:rPr>
                <w:sz w:val="17"/>
                <w:lang w:eastAsia="ko-KR"/>
              </w:rPr>
              <w:t>자료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및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기관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협의에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따른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교재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활용</w:t>
            </w:r>
            <w:r w:rsidR="001C29EE">
              <w:rPr>
                <w:rFonts w:eastAsia="맑은 고딕" w:hint="eastAsia"/>
                <w:sz w:val="17"/>
                <w:lang w:eastAsia="ko-KR"/>
              </w:rPr>
              <w:t xml:space="preserve"> </w:t>
            </w:r>
          </w:p>
        </w:tc>
      </w:tr>
      <w:tr w:rsidR="00ED3A95" w14:paraId="21E50AE5" w14:textId="77777777" w:rsidTr="001C29EE">
        <w:trPr>
          <w:jc w:val="center"/>
        </w:trPr>
        <w:tc>
          <w:tcPr>
            <w:tcW w:w="846" w:type="dxa"/>
            <w:vAlign w:val="center"/>
          </w:tcPr>
          <w:p w14:paraId="1DD08EDE" w14:textId="77777777" w:rsidR="00ED3A95" w:rsidRDefault="00000000">
            <w:proofErr w:type="spellStart"/>
            <w:r>
              <w:rPr>
                <w:sz w:val="17"/>
              </w:rPr>
              <w:t>방식</w:t>
            </w:r>
            <w:proofErr w:type="spellEnd"/>
          </w:p>
        </w:tc>
        <w:tc>
          <w:tcPr>
            <w:tcW w:w="8363" w:type="dxa"/>
            <w:vAlign w:val="center"/>
          </w:tcPr>
          <w:p w14:paraId="650592FE" w14:textId="02264BA2" w:rsidR="00ED3A95" w:rsidRDefault="00B66F8E">
            <w:pPr>
              <w:rPr>
                <w:lang w:eastAsia="ko-KR"/>
              </w:rPr>
            </w:pPr>
            <w:r>
              <w:rPr>
                <w:rFonts w:eastAsia="맑은 고딕" w:cs="맑은 고딕" w:hint="eastAsia"/>
                <w:sz w:val="17"/>
                <w:lang w:eastAsia="ko-KR"/>
              </w:rPr>
              <w:t>복습</w:t>
            </w:r>
            <w:r>
              <w:rPr>
                <w:sz w:val="17"/>
                <w:lang w:eastAsia="ko-KR"/>
              </w:rPr>
              <w:t xml:space="preserve"> → </w:t>
            </w:r>
            <w:r>
              <w:rPr>
                <w:rFonts w:eastAsia="맑은 고딕" w:cs="맑은 고딕" w:hint="eastAsia"/>
                <w:sz w:val="17"/>
                <w:lang w:eastAsia="ko-KR"/>
              </w:rPr>
              <w:t xml:space="preserve">주제 문장 및 단어 </w:t>
            </w:r>
            <w:r>
              <w:rPr>
                <w:sz w:val="17"/>
                <w:lang w:eastAsia="ko-KR"/>
              </w:rPr>
              <w:t>설명</w:t>
            </w:r>
            <w:r>
              <w:rPr>
                <w:sz w:val="17"/>
                <w:lang w:eastAsia="ko-KR"/>
              </w:rPr>
              <w:t xml:space="preserve"> → </w:t>
            </w:r>
            <w:r>
              <w:rPr>
                <w:sz w:val="17"/>
                <w:lang w:eastAsia="ko-KR"/>
              </w:rPr>
              <w:t>따라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말하기</w:t>
            </w:r>
            <w:r>
              <w:rPr>
                <w:sz w:val="17"/>
                <w:lang w:eastAsia="ko-KR"/>
              </w:rPr>
              <w:t xml:space="preserve"> → </w:t>
            </w:r>
            <w:r>
              <w:rPr>
                <w:rFonts w:eastAsia="맑은 고딕" w:cs="맑은 고딕" w:hint="eastAsia"/>
                <w:sz w:val="17"/>
                <w:lang w:eastAsia="ko-KR"/>
              </w:rPr>
              <w:t>단어 학습</w:t>
            </w:r>
            <w:r>
              <w:rPr>
                <w:sz w:val="17"/>
                <w:lang w:eastAsia="ko-KR"/>
              </w:rPr>
              <w:t xml:space="preserve"> </w:t>
            </w:r>
            <w:proofErr w:type="gramStart"/>
            <w:r>
              <w:rPr>
                <w:sz w:val="17"/>
                <w:lang w:eastAsia="ko-KR"/>
              </w:rPr>
              <w:t xml:space="preserve">→ </w:t>
            </w:r>
            <w:r>
              <w:rPr>
                <w:rFonts w:eastAsia="맑은 고딕" w:cs="맑은 고딕" w:hint="eastAsia"/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짝</w:t>
            </w:r>
            <w:proofErr w:type="gramEnd"/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연습</w:t>
            </w:r>
            <w:r>
              <w:rPr>
                <w:sz w:val="17"/>
                <w:lang w:eastAsia="ko-KR"/>
              </w:rPr>
              <w:t xml:space="preserve"> → </w:t>
            </w:r>
            <w:r>
              <w:rPr>
                <w:sz w:val="17"/>
                <w:lang w:eastAsia="ko-KR"/>
              </w:rPr>
              <w:t>상황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역할극</w:t>
            </w:r>
            <w:r>
              <w:rPr>
                <w:sz w:val="17"/>
                <w:lang w:eastAsia="ko-KR"/>
              </w:rPr>
              <w:t xml:space="preserve"> →</w:t>
            </w:r>
            <w:r>
              <w:rPr>
                <w:rFonts w:eastAsia="맑은 고딕" w:cs="맑은 고딕" w:hint="eastAsia"/>
                <w:sz w:val="17"/>
                <w:lang w:eastAsia="ko-KR"/>
              </w:rPr>
              <w:t>주요 문장</w:t>
            </w:r>
            <w:r>
              <w:rPr>
                <w:sz w:val="17"/>
                <w:lang w:eastAsia="ko-KR"/>
              </w:rPr>
              <w:t xml:space="preserve"> </w:t>
            </w:r>
            <w:r>
              <w:rPr>
                <w:sz w:val="17"/>
                <w:lang w:eastAsia="ko-KR"/>
              </w:rPr>
              <w:t>복습</w:t>
            </w:r>
          </w:p>
        </w:tc>
      </w:tr>
    </w:tbl>
    <w:p w14:paraId="6ADFA6E4" w14:textId="77777777" w:rsidR="00ED3A95" w:rsidRDefault="00000000">
      <w:pPr>
        <w:spacing w:before="80" w:after="60"/>
        <w:rPr>
          <w:lang w:eastAsia="ko-KR"/>
        </w:rPr>
      </w:pPr>
      <w:r>
        <w:rPr>
          <w:b/>
          <w:sz w:val="23"/>
          <w:lang w:eastAsia="ko-KR"/>
        </w:rPr>
        <w:t xml:space="preserve">5. </w:t>
      </w:r>
      <w:r>
        <w:rPr>
          <w:b/>
          <w:sz w:val="23"/>
          <w:lang w:eastAsia="ko-KR"/>
        </w:rPr>
        <w:t>기대</w:t>
      </w:r>
      <w:r>
        <w:rPr>
          <w:b/>
          <w:sz w:val="23"/>
          <w:lang w:eastAsia="ko-KR"/>
        </w:rPr>
        <w:t xml:space="preserve"> </w:t>
      </w:r>
      <w:r>
        <w:rPr>
          <w:b/>
          <w:sz w:val="23"/>
          <w:lang w:eastAsia="ko-KR"/>
        </w:rPr>
        <w:t>효과</w:t>
      </w:r>
    </w:p>
    <w:p w14:paraId="21125F68" w14:textId="04D43127" w:rsidR="00ED3A95" w:rsidRDefault="00000000">
      <w:pPr>
        <w:spacing w:after="40"/>
        <w:ind w:left="227" w:hanging="170"/>
        <w:rPr>
          <w:lang w:eastAsia="ko-KR"/>
        </w:rPr>
      </w:pPr>
      <w:r>
        <w:rPr>
          <w:lang w:eastAsia="ko-KR"/>
        </w:rPr>
        <w:t xml:space="preserve">• </w:t>
      </w:r>
      <w:r>
        <w:rPr>
          <w:lang w:eastAsia="ko-KR"/>
        </w:rPr>
        <w:t>일본</w:t>
      </w:r>
      <w:r w:rsidR="006E5CA9">
        <w:rPr>
          <w:rFonts w:eastAsia="맑은 고딕" w:hint="eastAsia"/>
          <w:lang w:eastAsia="ko-KR"/>
        </w:rPr>
        <w:t xml:space="preserve"> </w:t>
      </w:r>
      <w:r>
        <w:rPr>
          <w:lang w:eastAsia="ko-KR"/>
        </w:rPr>
        <w:t>여행에서</w:t>
      </w:r>
      <w:r>
        <w:rPr>
          <w:lang w:eastAsia="ko-KR"/>
        </w:rPr>
        <w:t xml:space="preserve"> </w:t>
      </w:r>
      <w:r>
        <w:rPr>
          <w:lang w:eastAsia="ko-KR"/>
        </w:rPr>
        <w:t>기본적인</w:t>
      </w:r>
      <w:r>
        <w:rPr>
          <w:lang w:eastAsia="ko-KR"/>
        </w:rPr>
        <w:t xml:space="preserve"> </w:t>
      </w:r>
      <w:r>
        <w:rPr>
          <w:lang w:eastAsia="ko-KR"/>
        </w:rPr>
        <w:t>의사소통에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자신감</w:t>
      </w:r>
      <w:r>
        <w:rPr>
          <w:lang w:eastAsia="ko-KR"/>
        </w:rPr>
        <w:t xml:space="preserve"> </w:t>
      </w:r>
      <w:r>
        <w:rPr>
          <w:lang w:eastAsia="ko-KR"/>
        </w:rPr>
        <w:t>향상</w:t>
      </w:r>
    </w:p>
    <w:p w14:paraId="58E2E5E2" w14:textId="77777777" w:rsidR="00ED3A95" w:rsidRDefault="00000000">
      <w:pPr>
        <w:spacing w:after="40"/>
        <w:ind w:left="227" w:hanging="170"/>
        <w:rPr>
          <w:lang w:eastAsia="ko-KR"/>
        </w:rPr>
      </w:pPr>
      <w:r>
        <w:rPr>
          <w:lang w:eastAsia="ko-KR"/>
        </w:rPr>
        <w:t xml:space="preserve">• </w:t>
      </w:r>
      <w:r>
        <w:rPr>
          <w:lang w:eastAsia="ko-KR"/>
        </w:rPr>
        <w:t>은퇴</w:t>
      </w:r>
      <w:r>
        <w:rPr>
          <w:lang w:eastAsia="ko-KR"/>
        </w:rPr>
        <w:t xml:space="preserve"> </w:t>
      </w:r>
      <w:r>
        <w:rPr>
          <w:lang w:eastAsia="ko-KR"/>
        </w:rPr>
        <w:t>이후</w:t>
      </w:r>
      <w:r>
        <w:rPr>
          <w:lang w:eastAsia="ko-KR"/>
        </w:rPr>
        <w:t xml:space="preserve"> </w:t>
      </w:r>
      <w:r>
        <w:rPr>
          <w:lang w:eastAsia="ko-KR"/>
        </w:rPr>
        <w:t>새로운</w:t>
      </w:r>
      <w:r>
        <w:rPr>
          <w:lang w:eastAsia="ko-KR"/>
        </w:rPr>
        <w:t xml:space="preserve"> </w:t>
      </w:r>
      <w:r>
        <w:rPr>
          <w:lang w:eastAsia="ko-KR"/>
        </w:rPr>
        <w:t>학습과</w:t>
      </w:r>
      <w:r>
        <w:rPr>
          <w:lang w:eastAsia="ko-KR"/>
        </w:rPr>
        <w:t xml:space="preserve"> </w:t>
      </w:r>
      <w:r>
        <w:rPr>
          <w:lang w:eastAsia="ko-KR"/>
        </w:rPr>
        <w:t>자기계발의</w:t>
      </w:r>
      <w:r>
        <w:rPr>
          <w:lang w:eastAsia="ko-KR"/>
        </w:rPr>
        <w:t xml:space="preserve"> </w:t>
      </w:r>
      <w:r>
        <w:rPr>
          <w:lang w:eastAsia="ko-KR"/>
        </w:rPr>
        <w:t>기회</w:t>
      </w:r>
      <w:r>
        <w:rPr>
          <w:lang w:eastAsia="ko-KR"/>
        </w:rPr>
        <w:t xml:space="preserve"> </w:t>
      </w:r>
      <w:r>
        <w:rPr>
          <w:lang w:eastAsia="ko-KR"/>
        </w:rPr>
        <w:t>제공</w:t>
      </w:r>
    </w:p>
    <w:p w14:paraId="1399E56C" w14:textId="77777777" w:rsidR="00ED3A95" w:rsidRDefault="00000000">
      <w:pPr>
        <w:spacing w:after="40"/>
        <w:ind w:left="227" w:hanging="170"/>
        <w:rPr>
          <w:lang w:eastAsia="ko-KR"/>
        </w:rPr>
      </w:pPr>
      <w:r>
        <w:rPr>
          <w:lang w:eastAsia="ko-KR"/>
        </w:rPr>
        <w:t xml:space="preserve">• </w:t>
      </w:r>
      <w:r>
        <w:rPr>
          <w:lang w:eastAsia="ko-KR"/>
        </w:rPr>
        <w:t>학습을</w:t>
      </w:r>
      <w:r>
        <w:rPr>
          <w:lang w:eastAsia="ko-KR"/>
        </w:rPr>
        <w:t xml:space="preserve"> </w:t>
      </w:r>
      <w:r>
        <w:rPr>
          <w:lang w:eastAsia="ko-KR"/>
        </w:rPr>
        <w:t>통한</w:t>
      </w:r>
      <w:r>
        <w:rPr>
          <w:lang w:eastAsia="ko-KR"/>
        </w:rPr>
        <w:t xml:space="preserve"> </w:t>
      </w:r>
      <w:r>
        <w:rPr>
          <w:lang w:eastAsia="ko-KR"/>
        </w:rPr>
        <w:t>사회적</w:t>
      </w:r>
      <w:r>
        <w:rPr>
          <w:lang w:eastAsia="ko-KR"/>
        </w:rPr>
        <w:t xml:space="preserve"> </w:t>
      </w:r>
      <w:r>
        <w:rPr>
          <w:lang w:eastAsia="ko-KR"/>
        </w:rPr>
        <w:t>교류와</w:t>
      </w:r>
      <w:r>
        <w:rPr>
          <w:lang w:eastAsia="ko-KR"/>
        </w:rPr>
        <w:t xml:space="preserve"> </w:t>
      </w:r>
      <w:r>
        <w:rPr>
          <w:lang w:eastAsia="ko-KR"/>
        </w:rPr>
        <w:t>활력</w:t>
      </w:r>
      <w:r>
        <w:rPr>
          <w:lang w:eastAsia="ko-KR"/>
        </w:rPr>
        <w:t xml:space="preserve"> </w:t>
      </w:r>
      <w:r>
        <w:rPr>
          <w:lang w:eastAsia="ko-KR"/>
        </w:rPr>
        <w:t>증진</w:t>
      </w:r>
    </w:p>
    <w:p w14:paraId="12031D4E" w14:textId="5B6E5B7D" w:rsidR="00ED3A95" w:rsidRDefault="00000000">
      <w:pPr>
        <w:spacing w:after="40"/>
        <w:ind w:left="227" w:hanging="170"/>
        <w:rPr>
          <w:rFonts w:eastAsia="맑은 고딕"/>
          <w:lang w:eastAsia="ko-KR"/>
        </w:rPr>
      </w:pPr>
      <w:bookmarkStart w:id="0" w:name="_Hlk237798699"/>
      <w:r>
        <w:rPr>
          <w:lang w:eastAsia="ko-KR"/>
        </w:rPr>
        <w:t xml:space="preserve">• </w:t>
      </w:r>
      <w:r>
        <w:rPr>
          <w:lang w:eastAsia="ko-KR"/>
        </w:rPr>
        <w:t>일본</w:t>
      </w:r>
      <w:r w:rsidR="006E5CA9">
        <w:rPr>
          <w:rFonts w:eastAsia="맑은 고딕" w:hint="eastAsia"/>
          <w:lang w:eastAsia="ko-KR"/>
        </w:rPr>
        <w:t xml:space="preserve"> </w:t>
      </w:r>
      <w:r>
        <w:rPr>
          <w:lang w:eastAsia="ko-KR"/>
        </w:rPr>
        <w:t>문화에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이해와</w:t>
      </w:r>
      <w:r>
        <w:rPr>
          <w:lang w:eastAsia="ko-KR"/>
        </w:rPr>
        <w:t xml:space="preserve"> </w:t>
      </w:r>
      <w:r>
        <w:rPr>
          <w:lang w:eastAsia="ko-KR"/>
        </w:rPr>
        <w:t>관심</w:t>
      </w:r>
      <w:r>
        <w:rPr>
          <w:lang w:eastAsia="ko-KR"/>
        </w:rPr>
        <w:t xml:space="preserve"> </w:t>
      </w:r>
      <w:r>
        <w:rPr>
          <w:lang w:eastAsia="ko-KR"/>
        </w:rPr>
        <w:t>증진</w:t>
      </w:r>
    </w:p>
    <w:bookmarkEnd w:id="0"/>
    <w:p w14:paraId="1C87EE3D" w14:textId="3C890104" w:rsidR="00ED3A95" w:rsidRPr="00AB3B68" w:rsidRDefault="00000000">
      <w:pPr>
        <w:spacing w:before="80" w:after="60"/>
        <w:rPr>
          <w:rFonts w:eastAsia="맑은 고딕"/>
          <w:lang w:eastAsia="ko-KR"/>
        </w:rPr>
      </w:pPr>
      <w:r>
        <w:rPr>
          <w:b/>
          <w:sz w:val="23"/>
          <w:lang w:eastAsia="ko-KR"/>
        </w:rPr>
        <w:t xml:space="preserve">6. </w:t>
      </w:r>
      <w:r>
        <w:rPr>
          <w:b/>
          <w:sz w:val="23"/>
          <w:lang w:eastAsia="ko-KR"/>
        </w:rPr>
        <w:t>강사</w:t>
      </w:r>
      <w:r>
        <w:rPr>
          <w:b/>
          <w:sz w:val="23"/>
          <w:lang w:eastAsia="ko-KR"/>
        </w:rPr>
        <w:t xml:space="preserve"> </w:t>
      </w:r>
      <w:r>
        <w:rPr>
          <w:b/>
          <w:sz w:val="23"/>
          <w:lang w:eastAsia="ko-KR"/>
        </w:rPr>
        <w:t>강점</w:t>
      </w:r>
      <w:r w:rsidR="00AB3B68">
        <w:rPr>
          <w:rFonts w:eastAsia="맑은 고딕" w:hint="eastAsia"/>
          <w:b/>
          <w:sz w:val="23"/>
          <w:lang w:eastAsia="ko-KR"/>
        </w:rPr>
        <w:t xml:space="preserve"> </w:t>
      </w:r>
    </w:p>
    <w:p w14:paraId="23008619" w14:textId="77777777" w:rsidR="00836B5D" w:rsidRDefault="00000000">
      <w:pPr>
        <w:spacing w:after="80"/>
        <w:rPr>
          <w:rFonts w:eastAsia="맑은 고딕"/>
          <w:lang w:eastAsia="ko-KR"/>
        </w:rPr>
      </w:pPr>
      <w:r>
        <w:rPr>
          <w:lang w:eastAsia="ko-KR"/>
        </w:rPr>
        <w:t>일본어</w:t>
      </w:r>
      <w:r>
        <w:rPr>
          <w:lang w:eastAsia="ko-KR"/>
        </w:rPr>
        <w:t xml:space="preserve"> </w:t>
      </w:r>
      <w:r>
        <w:rPr>
          <w:lang w:eastAsia="ko-KR"/>
        </w:rPr>
        <w:t>전문교육</w:t>
      </w:r>
      <w:r>
        <w:rPr>
          <w:lang w:eastAsia="ko-KR"/>
        </w:rPr>
        <w:t>(</w:t>
      </w:r>
      <w:r>
        <w:rPr>
          <w:lang w:eastAsia="ko-KR"/>
        </w:rPr>
        <w:t>도쿄</w:t>
      </w:r>
      <w:r>
        <w:rPr>
          <w:lang w:eastAsia="ko-KR"/>
        </w:rPr>
        <w:t xml:space="preserve"> </w:t>
      </w:r>
      <w:r>
        <w:rPr>
          <w:lang w:eastAsia="ko-KR"/>
        </w:rPr>
        <w:t>일본외국어전문학교</w:t>
      </w:r>
      <w:r>
        <w:rPr>
          <w:lang w:eastAsia="ko-KR"/>
        </w:rPr>
        <w:t xml:space="preserve">), </w:t>
      </w:r>
      <w:r>
        <w:rPr>
          <w:lang w:eastAsia="ko-KR"/>
        </w:rPr>
        <w:t>일본학</w:t>
      </w:r>
      <w:r>
        <w:rPr>
          <w:lang w:eastAsia="ko-KR"/>
        </w:rPr>
        <w:t xml:space="preserve"> </w:t>
      </w:r>
      <w:r>
        <w:rPr>
          <w:lang w:eastAsia="ko-KR"/>
        </w:rPr>
        <w:t>전공</w:t>
      </w:r>
      <w:r>
        <w:rPr>
          <w:lang w:eastAsia="ko-KR"/>
        </w:rPr>
        <w:t>(</w:t>
      </w:r>
      <w:r>
        <w:rPr>
          <w:lang w:eastAsia="ko-KR"/>
        </w:rPr>
        <w:t>방송통신대학교</w:t>
      </w:r>
      <w:r>
        <w:rPr>
          <w:lang w:eastAsia="ko-KR"/>
        </w:rPr>
        <w:t xml:space="preserve">), </w:t>
      </w:r>
      <w:r>
        <w:rPr>
          <w:lang w:eastAsia="ko-KR"/>
        </w:rPr>
        <w:t>일본어</w:t>
      </w:r>
      <w:r>
        <w:rPr>
          <w:lang w:eastAsia="ko-KR"/>
        </w:rPr>
        <w:t xml:space="preserve"> </w:t>
      </w:r>
      <w:r>
        <w:rPr>
          <w:lang w:eastAsia="ko-KR"/>
        </w:rPr>
        <w:t>교육</w:t>
      </w:r>
      <w:r>
        <w:rPr>
          <w:lang w:eastAsia="ko-KR"/>
        </w:rPr>
        <w:t xml:space="preserve"> </w:t>
      </w:r>
      <w:r>
        <w:rPr>
          <w:lang w:eastAsia="ko-KR"/>
        </w:rPr>
        <w:t>경험</w:t>
      </w:r>
      <w:r>
        <w:rPr>
          <w:lang w:eastAsia="ko-KR"/>
        </w:rPr>
        <w:t>, JLPT 1</w:t>
      </w:r>
      <w:r>
        <w:rPr>
          <w:lang w:eastAsia="ko-KR"/>
        </w:rPr>
        <w:t>급</w:t>
      </w:r>
      <w:r>
        <w:rPr>
          <w:lang w:eastAsia="ko-KR"/>
        </w:rPr>
        <w:t>·</w:t>
      </w:r>
      <w:r w:rsidR="00836B5D">
        <w:rPr>
          <w:rFonts w:eastAsia="맑은 고딕" w:hint="eastAsia"/>
          <w:lang w:eastAsia="ko-KR"/>
        </w:rPr>
        <w:t xml:space="preserve"> </w:t>
      </w:r>
      <w:r>
        <w:rPr>
          <w:lang w:eastAsia="ko-KR"/>
        </w:rPr>
        <w:t>JPT 760</w:t>
      </w:r>
    </w:p>
    <w:p w14:paraId="25CB56C7" w14:textId="4DDF7753" w:rsidR="00ED3A95" w:rsidRDefault="00000000">
      <w:pPr>
        <w:spacing w:after="80"/>
        <w:rPr>
          <w:lang w:eastAsia="ko-KR"/>
        </w:rPr>
      </w:pPr>
      <w:r>
        <w:rPr>
          <w:lang w:eastAsia="ko-KR"/>
        </w:rPr>
        <w:t>·</w:t>
      </w:r>
      <w:r>
        <w:rPr>
          <w:lang w:eastAsia="ko-KR"/>
        </w:rPr>
        <w:t>관광통</w:t>
      </w:r>
      <w:r w:rsidR="003A4B76">
        <w:rPr>
          <w:rFonts w:eastAsia="맑은 고딕" w:cs="맑은 고딕" w:hint="eastAsia"/>
          <w:lang w:eastAsia="ko-KR"/>
        </w:rPr>
        <w:t>역안내사(</w:t>
      </w:r>
      <w:r w:rsidR="00836B5D">
        <w:rPr>
          <w:rFonts w:eastAsia="맑은 고딕" w:hint="eastAsia"/>
          <w:lang w:eastAsia="ko-KR"/>
        </w:rPr>
        <w:t>일본어</w:t>
      </w:r>
      <w:r w:rsidR="003A4B76">
        <w:rPr>
          <w:rFonts w:eastAsia="맑은 고딕" w:hint="eastAsia"/>
          <w:lang w:eastAsia="ko-KR"/>
        </w:rPr>
        <w:t>)</w:t>
      </w:r>
      <w:r w:rsidR="00836B5D">
        <w:rPr>
          <w:rFonts w:eastAsia="맑은 고딕" w:hint="eastAsia"/>
          <w:lang w:eastAsia="ko-KR"/>
        </w:rPr>
        <w:t xml:space="preserve"> 자격보유</w:t>
      </w:r>
      <w:r>
        <w:rPr>
          <w:lang w:eastAsia="ko-KR"/>
        </w:rPr>
        <w:t>, 30</w:t>
      </w:r>
      <w:r>
        <w:rPr>
          <w:lang w:eastAsia="ko-KR"/>
        </w:rPr>
        <w:t>년</w:t>
      </w:r>
      <w:r>
        <w:rPr>
          <w:lang w:eastAsia="ko-KR"/>
        </w:rPr>
        <w:t xml:space="preserve"> </w:t>
      </w:r>
      <w:r>
        <w:rPr>
          <w:lang w:eastAsia="ko-KR"/>
        </w:rPr>
        <w:t>이상의</w:t>
      </w:r>
      <w:r>
        <w:rPr>
          <w:lang w:eastAsia="ko-KR"/>
        </w:rPr>
        <w:t xml:space="preserve"> </w:t>
      </w:r>
      <w:r>
        <w:rPr>
          <w:lang w:eastAsia="ko-KR"/>
        </w:rPr>
        <w:t>일본</w:t>
      </w:r>
      <w:r>
        <w:rPr>
          <w:lang w:eastAsia="ko-KR"/>
        </w:rPr>
        <w:t xml:space="preserve"> </w:t>
      </w:r>
      <w:r>
        <w:rPr>
          <w:lang w:eastAsia="ko-KR"/>
        </w:rPr>
        <w:t>특허업무</w:t>
      </w:r>
      <w:r>
        <w:rPr>
          <w:lang w:eastAsia="ko-KR"/>
        </w:rPr>
        <w:t xml:space="preserve"> </w:t>
      </w:r>
      <w:r>
        <w:rPr>
          <w:lang w:eastAsia="ko-KR"/>
        </w:rPr>
        <w:t>실무</w:t>
      </w:r>
      <w:r>
        <w:rPr>
          <w:lang w:eastAsia="ko-KR"/>
        </w:rPr>
        <w:t xml:space="preserve">, </w:t>
      </w:r>
      <w:r>
        <w:rPr>
          <w:lang w:eastAsia="ko-KR"/>
        </w:rPr>
        <w:t>한일</w:t>
      </w:r>
      <w:r>
        <w:rPr>
          <w:lang w:eastAsia="ko-KR"/>
        </w:rPr>
        <w:t xml:space="preserve"> </w:t>
      </w:r>
      <w:r>
        <w:rPr>
          <w:lang w:eastAsia="ko-KR"/>
        </w:rPr>
        <w:t>민간교류</w:t>
      </w:r>
      <w:r>
        <w:rPr>
          <w:lang w:eastAsia="ko-KR"/>
        </w:rPr>
        <w:t xml:space="preserve"> </w:t>
      </w:r>
      <w:r>
        <w:rPr>
          <w:lang w:eastAsia="ko-KR"/>
        </w:rPr>
        <w:t>경험</w:t>
      </w:r>
      <w:r w:rsidR="006E5CA9">
        <w:rPr>
          <w:rFonts w:eastAsia="맑은 고딕" w:hint="eastAsia"/>
          <w:lang w:eastAsia="ko-KR"/>
        </w:rPr>
        <w:t xml:space="preserve"> 및 100여회 이상 일본 </w:t>
      </w:r>
      <w:r w:rsidR="00E72E81">
        <w:rPr>
          <w:rFonts w:eastAsia="맑은 고딕" w:hint="eastAsia"/>
          <w:lang w:eastAsia="ko-KR"/>
        </w:rPr>
        <w:t>여행</w:t>
      </w:r>
      <w:r w:rsidR="006E5CA9">
        <w:rPr>
          <w:rFonts w:eastAsia="맑은 고딕" w:hint="eastAsia"/>
          <w:lang w:eastAsia="ko-KR"/>
        </w:rPr>
        <w:t xml:space="preserve"> 등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바탕으로</w:t>
      </w:r>
      <w:r>
        <w:rPr>
          <w:lang w:eastAsia="ko-KR"/>
        </w:rPr>
        <w:t xml:space="preserve"> </w:t>
      </w:r>
      <w:proofErr w:type="spellStart"/>
      <w:r w:rsidR="00FC58BD">
        <w:rPr>
          <w:rFonts w:eastAsia="맑은 고딕" w:cs="맑은 고딕" w:hint="eastAsia"/>
          <w:lang w:eastAsia="ko-KR"/>
        </w:rPr>
        <w:t>활력있는</w:t>
      </w:r>
      <w:proofErr w:type="spellEnd"/>
      <w:r w:rsidR="00FC58BD">
        <w:rPr>
          <w:rFonts w:eastAsia="맑은 고딕" w:cs="맑은 고딕" w:hint="eastAsia"/>
          <w:lang w:eastAsia="ko-KR"/>
        </w:rPr>
        <w:t xml:space="preserve"> 현실 </w:t>
      </w:r>
      <w:r>
        <w:rPr>
          <w:lang w:eastAsia="ko-KR"/>
        </w:rPr>
        <w:t>일본어와</w:t>
      </w:r>
      <w:r>
        <w:rPr>
          <w:lang w:eastAsia="ko-KR"/>
        </w:rPr>
        <w:t xml:space="preserve"> </w:t>
      </w:r>
      <w:r>
        <w:rPr>
          <w:lang w:eastAsia="ko-KR"/>
        </w:rPr>
        <w:t>일본문화를</w:t>
      </w:r>
      <w:r>
        <w:rPr>
          <w:lang w:eastAsia="ko-KR"/>
        </w:rPr>
        <w:t xml:space="preserve"> </w:t>
      </w:r>
      <w:r>
        <w:rPr>
          <w:lang w:eastAsia="ko-KR"/>
        </w:rPr>
        <w:t>함께</w:t>
      </w:r>
      <w:r>
        <w:rPr>
          <w:lang w:eastAsia="ko-KR"/>
        </w:rPr>
        <w:t xml:space="preserve"> </w:t>
      </w:r>
      <w:r>
        <w:rPr>
          <w:lang w:eastAsia="ko-KR"/>
        </w:rPr>
        <w:t>전달할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>.</w:t>
      </w:r>
    </w:p>
    <w:p w14:paraId="04CCE81D" w14:textId="77777777" w:rsidR="00ED3A95" w:rsidRDefault="00000000">
      <w:pPr>
        <w:spacing w:before="80" w:after="60"/>
        <w:rPr>
          <w:lang w:eastAsia="ko-KR"/>
        </w:rPr>
      </w:pPr>
      <w:r>
        <w:rPr>
          <w:b/>
          <w:sz w:val="23"/>
          <w:lang w:eastAsia="ko-KR"/>
        </w:rPr>
        <w:t xml:space="preserve">7. </w:t>
      </w:r>
      <w:r>
        <w:rPr>
          <w:b/>
          <w:sz w:val="23"/>
          <w:lang w:eastAsia="ko-KR"/>
        </w:rPr>
        <w:t>기관</w:t>
      </w:r>
      <w:r>
        <w:rPr>
          <w:b/>
          <w:sz w:val="23"/>
          <w:lang w:eastAsia="ko-KR"/>
        </w:rPr>
        <w:t xml:space="preserve"> </w:t>
      </w:r>
      <w:r>
        <w:rPr>
          <w:b/>
          <w:sz w:val="23"/>
          <w:lang w:eastAsia="ko-KR"/>
        </w:rPr>
        <w:t>협의</w:t>
      </w:r>
      <w:r>
        <w:rPr>
          <w:b/>
          <w:sz w:val="23"/>
          <w:lang w:eastAsia="ko-KR"/>
        </w:rPr>
        <w:t xml:space="preserve"> </w:t>
      </w:r>
      <w:r>
        <w:rPr>
          <w:b/>
          <w:sz w:val="23"/>
          <w:lang w:eastAsia="ko-KR"/>
        </w:rPr>
        <w:t>사항</w:t>
      </w:r>
    </w:p>
    <w:p w14:paraId="6311DA8E" w14:textId="77777777" w:rsidR="00AB3B68" w:rsidRDefault="00000000" w:rsidP="006E5CA9">
      <w:pPr>
        <w:spacing w:after="80"/>
        <w:rPr>
          <w:rFonts w:eastAsia="맑은 고딕"/>
          <w:lang w:eastAsia="ko-KR"/>
        </w:rPr>
      </w:pPr>
      <w:proofErr w:type="spellStart"/>
      <w:r>
        <w:rPr>
          <w:lang w:eastAsia="ko-KR"/>
        </w:rPr>
        <w:t>강좌명</w:t>
      </w:r>
      <w:proofErr w:type="spellEnd"/>
      <w:r>
        <w:rPr>
          <w:lang w:eastAsia="ko-KR"/>
        </w:rPr>
        <w:t>·</w:t>
      </w:r>
      <w:r>
        <w:rPr>
          <w:lang w:eastAsia="ko-KR"/>
        </w:rPr>
        <w:t>기간</w:t>
      </w:r>
      <w:r>
        <w:rPr>
          <w:lang w:eastAsia="ko-KR"/>
        </w:rPr>
        <w:t>·</w:t>
      </w:r>
      <w:r>
        <w:rPr>
          <w:lang w:eastAsia="ko-KR"/>
        </w:rPr>
        <w:t>요일</w:t>
      </w:r>
      <w:r>
        <w:rPr>
          <w:lang w:eastAsia="ko-KR"/>
        </w:rPr>
        <w:t>·</w:t>
      </w:r>
      <w:r>
        <w:rPr>
          <w:lang w:eastAsia="ko-KR"/>
        </w:rPr>
        <w:t>시간</w:t>
      </w:r>
      <w:r>
        <w:rPr>
          <w:lang w:eastAsia="ko-KR"/>
        </w:rPr>
        <w:t>·</w:t>
      </w:r>
      <w:r>
        <w:rPr>
          <w:lang w:eastAsia="ko-KR"/>
        </w:rPr>
        <w:t>수강인원</w:t>
      </w:r>
      <w:r>
        <w:rPr>
          <w:lang w:eastAsia="ko-KR"/>
        </w:rPr>
        <w:t>·</w:t>
      </w:r>
      <w:r>
        <w:rPr>
          <w:lang w:eastAsia="ko-KR"/>
        </w:rPr>
        <w:t>교재</w:t>
      </w:r>
      <w:r>
        <w:rPr>
          <w:lang w:eastAsia="ko-KR"/>
        </w:rPr>
        <w:t>·</w:t>
      </w:r>
      <w:r>
        <w:rPr>
          <w:lang w:eastAsia="ko-KR"/>
        </w:rPr>
        <w:t>수강료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강사료</w:t>
      </w:r>
      <w:r>
        <w:rPr>
          <w:lang w:eastAsia="ko-KR"/>
        </w:rPr>
        <w:t xml:space="preserve"> </w:t>
      </w:r>
      <w:r>
        <w:rPr>
          <w:lang w:eastAsia="ko-KR"/>
        </w:rPr>
        <w:t>등은</w:t>
      </w:r>
      <w:r>
        <w:rPr>
          <w:lang w:eastAsia="ko-KR"/>
        </w:rPr>
        <w:t xml:space="preserve"> </w:t>
      </w:r>
      <w:r>
        <w:rPr>
          <w:lang w:eastAsia="ko-KR"/>
        </w:rPr>
        <w:t>기관의</w:t>
      </w:r>
      <w:r>
        <w:rPr>
          <w:lang w:eastAsia="ko-KR"/>
        </w:rPr>
        <w:t xml:space="preserve"> </w:t>
      </w:r>
      <w:r>
        <w:rPr>
          <w:lang w:eastAsia="ko-KR"/>
        </w:rPr>
        <w:t>운영방침과</w:t>
      </w:r>
      <w:r>
        <w:rPr>
          <w:lang w:eastAsia="ko-KR"/>
        </w:rPr>
        <w:t xml:space="preserve"> </w:t>
      </w:r>
      <w:r>
        <w:rPr>
          <w:lang w:eastAsia="ko-KR"/>
        </w:rPr>
        <w:t>기존</w:t>
      </w:r>
      <w:r>
        <w:rPr>
          <w:lang w:eastAsia="ko-KR"/>
        </w:rPr>
        <w:t xml:space="preserve"> </w:t>
      </w:r>
      <w:r>
        <w:rPr>
          <w:lang w:eastAsia="ko-KR"/>
        </w:rPr>
        <w:t>프로그램에</w:t>
      </w:r>
      <w:r>
        <w:rPr>
          <w:lang w:eastAsia="ko-KR"/>
        </w:rPr>
        <w:t xml:space="preserve"> </w:t>
      </w:r>
      <w:r>
        <w:rPr>
          <w:lang w:eastAsia="ko-KR"/>
        </w:rPr>
        <w:t>맞춰</w:t>
      </w:r>
      <w:r>
        <w:rPr>
          <w:lang w:eastAsia="ko-KR"/>
        </w:rPr>
        <w:t xml:space="preserve"> </w:t>
      </w:r>
      <w:r>
        <w:rPr>
          <w:lang w:eastAsia="ko-KR"/>
        </w:rPr>
        <w:t>협의</w:t>
      </w:r>
      <w:r>
        <w:rPr>
          <w:lang w:eastAsia="ko-KR"/>
        </w:rPr>
        <w:t xml:space="preserve"> </w:t>
      </w:r>
      <w:r>
        <w:rPr>
          <w:lang w:eastAsia="ko-KR"/>
        </w:rPr>
        <w:t>가능합니다</w:t>
      </w:r>
      <w:r>
        <w:rPr>
          <w:lang w:eastAsia="ko-KR"/>
        </w:rPr>
        <w:t>.</w:t>
      </w:r>
    </w:p>
    <w:p w14:paraId="383DF87D" w14:textId="77777777" w:rsidR="00AB3B68" w:rsidRDefault="00AB3B68" w:rsidP="00AB3B68">
      <w:pPr>
        <w:jc w:val="center"/>
        <w:rPr>
          <w:lang w:eastAsia="ko-KR"/>
        </w:rPr>
      </w:pPr>
      <w:r>
        <w:rPr>
          <w:b/>
          <w:sz w:val="36"/>
          <w:lang w:eastAsia="ko-KR"/>
        </w:rPr>
        <w:lastRenderedPageBreak/>
        <w:t>일본어</w:t>
      </w:r>
      <w:r>
        <w:rPr>
          <w:b/>
          <w:sz w:val="36"/>
          <w:lang w:eastAsia="ko-KR"/>
        </w:rPr>
        <w:t>·</w:t>
      </w:r>
      <w:r>
        <w:rPr>
          <w:b/>
          <w:sz w:val="36"/>
          <w:lang w:eastAsia="ko-KR"/>
        </w:rPr>
        <w:t>일본문화</w:t>
      </w:r>
      <w:r>
        <w:rPr>
          <w:b/>
          <w:sz w:val="36"/>
          <w:lang w:eastAsia="ko-KR"/>
        </w:rPr>
        <w:t xml:space="preserve"> </w:t>
      </w:r>
      <w:r>
        <w:rPr>
          <w:b/>
          <w:sz w:val="36"/>
          <w:lang w:eastAsia="ko-KR"/>
        </w:rPr>
        <w:t>강사</w:t>
      </w:r>
      <w:r>
        <w:rPr>
          <w:b/>
          <w:sz w:val="36"/>
          <w:lang w:eastAsia="ko-KR"/>
        </w:rPr>
        <w:t xml:space="preserve"> </w:t>
      </w:r>
      <w:r>
        <w:rPr>
          <w:b/>
          <w:sz w:val="36"/>
          <w:lang w:eastAsia="ko-KR"/>
        </w:rPr>
        <w:t>프로필</w:t>
      </w:r>
    </w:p>
    <w:p w14:paraId="3C72A861" w14:textId="6388E00B" w:rsidR="00AB3B68" w:rsidRDefault="00526ED7" w:rsidP="00AB3B68">
      <w:pPr>
        <w:jc w:val="center"/>
        <w:rPr>
          <w:lang w:eastAsia="ko-KR"/>
        </w:rPr>
      </w:pPr>
      <w:r>
        <w:rPr>
          <w:rFonts w:eastAsia="맑은 고딕" w:hint="eastAsia"/>
          <w:sz w:val="21"/>
          <w:lang w:eastAsia="ko-KR"/>
        </w:rPr>
        <w:t>일본어를 몰라도 재미있고 쉽게 학습하여 바로 사용하는 여행 일본어와 생활 일본어</w:t>
      </w:r>
      <w:r w:rsidR="00AB3B68">
        <w:rPr>
          <w:sz w:val="21"/>
          <w:lang w:eastAsia="ko-KR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37"/>
        <w:gridCol w:w="3226"/>
        <w:gridCol w:w="3648"/>
      </w:tblGrid>
      <w:tr w:rsidR="00AB3B68" w:rsidRPr="00E36D64" w14:paraId="700B9358" w14:textId="77777777" w:rsidTr="00237199">
        <w:tc>
          <w:tcPr>
            <w:tcW w:w="3437" w:type="dxa"/>
            <w:vAlign w:val="center"/>
          </w:tcPr>
          <w:p w14:paraId="15B26A55" w14:textId="608C0740" w:rsidR="00AB3B68" w:rsidRPr="00E36D64" w:rsidRDefault="00526ED7" w:rsidP="00A44665">
            <w:pPr>
              <w:spacing w:after="0"/>
              <w:rPr>
                <w:b/>
                <w:bCs/>
                <w:lang w:eastAsia="ko-KR"/>
              </w:rPr>
            </w:pPr>
            <w:r>
              <w:rPr>
                <w:b/>
                <w:bCs/>
                <w:noProof/>
                <w:lang w:eastAsia="ko-KR"/>
              </w:rPr>
              <w:drawing>
                <wp:inline distT="0" distB="0" distL="0" distR="0" wp14:anchorId="76FF187C" wp14:editId="77CB8538">
                  <wp:extent cx="1295400" cy="1536700"/>
                  <wp:effectExtent l="0" t="0" r="0" b="6350"/>
                  <wp:docPr id="573165617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165617" name="그림 57316561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8200" cy="1540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  <w:vAlign w:val="center"/>
          </w:tcPr>
          <w:p w14:paraId="78A5F13A" w14:textId="77777777" w:rsidR="00AB3B68" w:rsidRPr="00237199" w:rsidRDefault="00AB3B68" w:rsidP="00237199">
            <w:pPr>
              <w:spacing w:after="0"/>
              <w:jc w:val="right"/>
              <w:rPr>
                <w:rFonts w:eastAsia="맑은 고딕"/>
                <w:b/>
                <w:bCs/>
                <w:lang w:eastAsia="ko-KR"/>
              </w:rPr>
            </w:pPr>
          </w:p>
        </w:tc>
        <w:tc>
          <w:tcPr>
            <w:tcW w:w="3648" w:type="dxa"/>
            <w:vAlign w:val="center"/>
          </w:tcPr>
          <w:p w14:paraId="112440AC" w14:textId="5BBC1206" w:rsidR="00AB3B68" w:rsidRPr="00526ED7" w:rsidRDefault="00AB3B68" w:rsidP="00526ED7">
            <w:pPr>
              <w:spacing w:after="0"/>
              <w:jc w:val="both"/>
              <w:rPr>
                <w:rFonts w:eastAsia="맑은 고딕" w:cs="맑은 고딕"/>
                <w:b/>
                <w:bCs/>
                <w:sz w:val="24"/>
                <w:szCs w:val="24"/>
                <w:lang w:eastAsia="ko-KR"/>
              </w:rPr>
            </w:pPr>
            <w:r w:rsidRPr="00526ED7">
              <w:rPr>
                <w:rFonts w:eastAsia="맑은 고딕" w:cs="맑은 고딕" w:hint="eastAsia"/>
                <w:b/>
                <w:bCs/>
                <w:sz w:val="24"/>
                <w:szCs w:val="24"/>
                <w:lang w:eastAsia="ko-KR"/>
              </w:rPr>
              <w:t>강</w:t>
            </w:r>
            <w:r w:rsidR="00526ED7">
              <w:rPr>
                <w:rFonts w:eastAsia="맑은 고딕" w:cs="맑은 고딕" w:hint="eastAsia"/>
                <w:b/>
                <w:bCs/>
                <w:sz w:val="24"/>
                <w:szCs w:val="24"/>
                <w:lang w:eastAsia="ko-KR"/>
              </w:rPr>
              <w:t xml:space="preserve">   </w:t>
            </w:r>
            <w:proofErr w:type="gramStart"/>
            <w:r w:rsidRPr="00526ED7">
              <w:rPr>
                <w:rFonts w:eastAsia="맑은 고딕" w:cs="맑은 고딕" w:hint="eastAsia"/>
                <w:b/>
                <w:bCs/>
                <w:sz w:val="24"/>
                <w:szCs w:val="24"/>
                <w:lang w:eastAsia="ko-KR"/>
              </w:rPr>
              <w:t>사 :</w:t>
            </w:r>
            <w:proofErr w:type="gramEnd"/>
            <w:r w:rsidRPr="00526ED7">
              <w:rPr>
                <w:rFonts w:eastAsia="맑은 고딕" w:cs="맑은 고딕" w:hint="eastAsia"/>
                <w:b/>
                <w:bCs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Pr="00526ED7">
              <w:rPr>
                <w:rFonts w:eastAsia="맑은 고딕" w:cs="맑은 고딕" w:hint="eastAsia"/>
                <w:b/>
                <w:bCs/>
                <w:sz w:val="24"/>
                <w:szCs w:val="24"/>
                <w:lang w:eastAsia="ko-KR"/>
              </w:rPr>
              <w:t>이호강</w:t>
            </w:r>
            <w:proofErr w:type="spellEnd"/>
          </w:p>
          <w:p w14:paraId="36D1D10A" w14:textId="77777777" w:rsidR="00AB3B68" w:rsidRPr="00526ED7" w:rsidRDefault="00AB3B68" w:rsidP="00526ED7">
            <w:pPr>
              <w:spacing w:after="0"/>
              <w:jc w:val="both"/>
              <w:rPr>
                <w:rFonts w:eastAsia="맑은 고딕" w:cs="맑은 고딕"/>
                <w:b/>
                <w:bCs/>
                <w:sz w:val="24"/>
                <w:szCs w:val="24"/>
                <w:lang w:eastAsia="ko-KR"/>
              </w:rPr>
            </w:pPr>
            <w:proofErr w:type="gramStart"/>
            <w:r w:rsidRPr="00526ED7">
              <w:rPr>
                <w:rFonts w:eastAsia="맑은 고딕" w:cs="맑은 고딕" w:hint="eastAsia"/>
                <w:b/>
                <w:bCs/>
                <w:sz w:val="24"/>
                <w:szCs w:val="24"/>
                <w:lang w:eastAsia="ko-KR"/>
              </w:rPr>
              <w:t>연락처 :</w:t>
            </w:r>
            <w:proofErr w:type="gramEnd"/>
            <w:r w:rsidRPr="00526ED7">
              <w:rPr>
                <w:rFonts w:eastAsia="맑은 고딕" w:cs="맑은 고딕" w:hint="eastAsia"/>
                <w:b/>
                <w:bCs/>
                <w:sz w:val="24"/>
                <w:szCs w:val="24"/>
                <w:lang w:eastAsia="ko-KR"/>
              </w:rPr>
              <w:t xml:space="preserve"> 010-3228-9722</w:t>
            </w:r>
          </w:p>
          <w:p w14:paraId="352DA5A0" w14:textId="3337CDE2" w:rsidR="00237199" w:rsidRDefault="00AB3B68" w:rsidP="00526ED7">
            <w:pPr>
              <w:spacing w:after="0"/>
              <w:jc w:val="both"/>
              <w:rPr>
                <w:rFonts w:eastAsia="맑은 고딕" w:cs="맑은 고딕"/>
                <w:b/>
                <w:bCs/>
                <w:sz w:val="24"/>
                <w:szCs w:val="24"/>
                <w:lang w:eastAsia="ko-KR"/>
              </w:rPr>
            </w:pPr>
            <w:proofErr w:type="gramStart"/>
            <w:r w:rsidRPr="00526ED7">
              <w:rPr>
                <w:rFonts w:eastAsia="맑은 고딕" w:cs="맑은 고딕" w:hint="eastAsia"/>
                <w:b/>
                <w:bCs/>
                <w:sz w:val="24"/>
                <w:szCs w:val="24"/>
                <w:lang w:eastAsia="ko-KR"/>
              </w:rPr>
              <w:t>e-mail :</w:t>
            </w:r>
            <w:proofErr w:type="gramEnd"/>
            <w:r w:rsidRPr="00526ED7">
              <w:rPr>
                <w:rFonts w:eastAsia="맑은 고딕" w:cs="맑은 고딕" w:hint="eastAsia"/>
                <w:b/>
                <w:bCs/>
                <w:sz w:val="24"/>
                <w:szCs w:val="24"/>
                <w:lang w:eastAsia="ko-KR"/>
              </w:rPr>
              <w:t xml:space="preserve"> </w:t>
            </w:r>
            <w:hyperlink r:id="rId9" w:history="1">
              <w:r w:rsidR="00237199" w:rsidRPr="00915092">
                <w:rPr>
                  <w:rStyle w:val="aff1"/>
                  <w:rFonts w:eastAsia="맑은 고딕" w:cs="맑은 고딕" w:hint="eastAsia"/>
                  <w:b/>
                  <w:bCs/>
                  <w:sz w:val="24"/>
                  <w:szCs w:val="24"/>
                  <w:lang w:eastAsia="ko-KR"/>
                </w:rPr>
                <w:t>jihanpa@naver.com</w:t>
              </w:r>
            </w:hyperlink>
          </w:p>
          <w:p w14:paraId="2A4D3C35" w14:textId="2334A4A0" w:rsidR="00237199" w:rsidRPr="00237199" w:rsidRDefault="00237199" w:rsidP="00237199">
            <w:pPr>
              <w:spacing w:after="0"/>
              <w:jc w:val="both"/>
              <w:rPr>
                <w:rFonts w:eastAsia="맑은 고딕"/>
                <w:b/>
                <w:bCs/>
                <w:sz w:val="24"/>
                <w:szCs w:val="24"/>
                <w:lang w:eastAsia="ko-KR"/>
              </w:rPr>
            </w:pPr>
            <w:bookmarkStart w:id="1" w:name="_Hlk239687321"/>
            <w:proofErr w:type="spellStart"/>
            <w:r w:rsidRPr="00237199">
              <w:rPr>
                <w:rFonts w:eastAsia="맑은 고딕" w:cs="맑은 고딕" w:hint="eastAsia"/>
                <w:sz w:val="24"/>
                <w:szCs w:val="24"/>
                <w:lang w:eastAsia="ko-KR"/>
              </w:rPr>
              <w:t>도봉</w:t>
            </w:r>
            <w:r w:rsidR="00F4705B">
              <w:rPr>
                <w:rFonts w:eastAsia="맑은 고딕" w:cs="맑은 고딕" w:hint="eastAsia"/>
                <w:sz w:val="24"/>
                <w:szCs w:val="24"/>
                <w:lang w:eastAsia="ko-KR"/>
              </w:rPr>
              <w:t>구</w:t>
            </w:r>
            <w:r w:rsidRPr="00237199">
              <w:rPr>
                <w:rFonts w:eastAsia="맑은 고딕" w:cs="맑은 고딕" w:hint="eastAsia"/>
                <w:sz w:val="24"/>
                <w:szCs w:val="24"/>
                <w:lang w:eastAsia="ko-KR"/>
              </w:rPr>
              <w:t>배움</w:t>
            </w:r>
            <w:proofErr w:type="spellEnd"/>
            <w:r w:rsidRPr="00237199">
              <w:rPr>
                <w:rFonts w:eastAsia="맑은 고딕" w:cs="맑은 고딕" w:hint="eastAsia"/>
                <w:sz w:val="24"/>
                <w:szCs w:val="24"/>
                <w:lang w:eastAsia="ko-KR"/>
              </w:rPr>
              <w:t>e 평생학습</w:t>
            </w:r>
            <w:r>
              <w:rPr>
                <w:rFonts w:eastAsia="맑은 고딕" w:cs="맑은 고딕" w:hint="eastAsia"/>
                <w:sz w:val="24"/>
                <w:szCs w:val="24"/>
                <w:lang w:eastAsia="ko-KR"/>
              </w:rPr>
              <w:t xml:space="preserve"> 재</w:t>
            </w:r>
            <w:r w:rsidRPr="00237199">
              <w:rPr>
                <w:rFonts w:eastAsia="맑은 고딕" w:cs="맑은 고딕" w:hint="eastAsia"/>
                <w:sz w:val="24"/>
                <w:szCs w:val="24"/>
                <w:lang w:eastAsia="ko-KR"/>
              </w:rPr>
              <w:t>능</w:t>
            </w:r>
            <w:r>
              <w:rPr>
                <w:rFonts w:eastAsia="맑은 고딕" w:cs="맑은 고딕" w:hint="eastAsia"/>
                <w:sz w:val="24"/>
                <w:szCs w:val="24"/>
                <w:lang w:eastAsia="ko-KR"/>
              </w:rPr>
              <w:t xml:space="preserve">기부 </w:t>
            </w:r>
            <w:r w:rsidRPr="00237199">
              <w:rPr>
                <w:rFonts w:eastAsia="맑은 고딕" w:cs="맑은 고딕" w:hint="eastAsia"/>
                <w:sz w:val="24"/>
                <w:szCs w:val="24"/>
                <w:lang w:eastAsia="ko-KR"/>
              </w:rPr>
              <w:t>(일본어회화)</w:t>
            </w:r>
            <w:r>
              <w:rPr>
                <w:rFonts w:eastAsia="맑은 고딕" w:cs="맑은 고딕" w:hint="eastAsia"/>
                <w:sz w:val="24"/>
                <w:szCs w:val="24"/>
                <w:lang w:eastAsia="ko-KR"/>
              </w:rPr>
              <w:t xml:space="preserve"> </w:t>
            </w:r>
            <w:r w:rsidRPr="00237199">
              <w:rPr>
                <w:rFonts w:eastAsia="맑은 고딕" w:cs="맑은 고딕" w:hint="eastAsia"/>
                <w:sz w:val="24"/>
                <w:szCs w:val="24"/>
                <w:lang w:eastAsia="ko-KR"/>
              </w:rPr>
              <w:t>등록번호 539</w:t>
            </w:r>
            <w:bookmarkEnd w:id="1"/>
          </w:p>
        </w:tc>
      </w:tr>
    </w:tbl>
    <w:p w14:paraId="07208BDC" w14:textId="77777777" w:rsidR="00AB3B68" w:rsidRPr="00E36D64" w:rsidRDefault="00AB3B68" w:rsidP="00AB3B68">
      <w:pPr>
        <w:spacing w:before="80" w:after="60"/>
        <w:rPr>
          <w:b/>
          <w:bCs/>
          <w:lang w:eastAsia="ko-KR"/>
        </w:rPr>
      </w:pPr>
      <w:r w:rsidRPr="00E36D64">
        <w:rPr>
          <w:b/>
          <w:bCs/>
          <w:sz w:val="23"/>
          <w:lang w:eastAsia="ko-KR"/>
        </w:rPr>
        <w:t>강사</w:t>
      </w:r>
      <w:r w:rsidRPr="00E36D64">
        <w:rPr>
          <w:b/>
          <w:bCs/>
          <w:sz w:val="23"/>
          <w:lang w:eastAsia="ko-KR"/>
        </w:rPr>
        <w:t xml:space="preserve"> </w:t>
      </w:r>
      <w:r w:rsidRPr="00E36D64">
        <w:rPr>
          <w:b/>
          <w:bCs/>
          <w:sz w:val="23"/>
          <w:lang w:eastAsia="ko-KR"/>
        </w:rPr>
        <w:t>소개</w:t>
      </w:r>
    </w:p>
    <w:p w14:paraId="06A23830" w14:textId="77777777" w:rsidR="00AB3B68" w:rsidRDefault="00AB3B68" w:rsidP="00AB3B68">
      <w:pPr>
        <w:spacing w:after="80"/>
        <w:rPr>
          <w:lang w:eastAsia="ko-KR"/>
        </w:rPr>
      </w:pPr>
      <w:r>
        <w:rPr>
          <w:lang w:eastAsia="ko-KR"/>
        </w:rPr>
        <w:t>일본에서</w:t>
      </w:r>
      <w:r>
        <w:rPr>
          <w:lang w:eastAsia="ko-KR"/>
        </w:rPr>
        <w:t xml:space="preserve"> </w:t>
      </w:r>
      <w:r>
        <w:rPr>
          <w:lang w:eastAsia="ko-KR"/>
        </w:rPr>
        <w:t>일본어를</w:t>
      </w:r>
      <w:r>
        <w:rPr>
          <w:lang w:eastAsia="ko-KR"/>
        </w:rPr>
        <w:t xml:space="preserve"> </w:t>
      </w:r>
      <w:r>
        <w:rPr>
          <w:lang w:eastAsia="ko-KR"/>
        </w:rPr>
        <w:t>전문적으로</w:t>
      </w:r>
      <w:r>
        <w:rPr>
          <w:lang w:eastAsia="ko-KR"/>
        </w:rPr>
        <w:t xml:space="preserve"> </w:t>
      </w:r>
      <w:r>
        <w:rPr>
          <w:lang w:eastAsia="ko-KR"/>
        </w:rPr>
        <w:t>공부하고</w:t>
      </w:r>
      <w:r>
        <w:rPr>
          <w:lang w:eastAsia="ko-KR"/>
        </w:rPr>
        <w:t xml:space="preserve">, </w:t>
      </w:r>
      <w:r>
        <w:rPr>
          <w:lang w:eastAsia="ko-KR"/>
        </w:rPr>
        <w:t>이후</w:t>
      </w:r>
      <w:r>
        <w:rPr>
          <w:lang w:eastAsia="ko-KR"/>
        </w:rPr>
        <w:t xml:space="preserve"> 30</w:t>
      </w:r>
      <w:r>
        <w:rPr>
          <w:lang w:eastAsia="ko-KR"/>
        </w:rPr>
        <w:t>년</w:t>
      </w:r>
      <w:r>
        <w:rPr>
          <w:lang w:eastAsia="ko-KR"/>
        </w:rPr>
        <w:t xml:space="preserve"> </w:t>
      </w:r>
      <w:r>
        <w:rPr>
          <w:lang w:eastAsia="ko-KR"/>
        </w:rPr>
        <w:t>이상</w:t>
      </w:r>
      <w:r>
        <w:rPr>
          <w:lang w:eastAsia="ko-KR"/>
        </w:rPr>
        <w:t xml:space="preserve"> </w:t>
      </w:r>
      <w:r w:rsidRPr="00E34CC8">
        <w:rPr>
          <w:rFonts w:eastAsia="맑은 고딕" w:cs="맑은 고딕" w:hint="eastAsia"/>
          <w:lang w:eastAsia="ko-KR"/>
        </w:rPr>
        <w:t>일본어를</w:t>
      </w:r>
      <w:r>
        <w:rPr>
          <w:lang w:eastAsia="ko-KR"/>
        </w:rPr>
        <w:t xml:space="preserve"> </w:t>
      </w:r>
      <w:r>
        <w:rPr>
          <w:lang w:eastAsia="ko-KR"/>
        </w:rPr>
        <w:t>실제</w:t>
      </w:r>
      <w:r>
        <w:rPr>
          <w:lang w:eastAsia="ko-KR"/>
        </w:rPr>
        <w:t xml:space="preserve"> </w:t>
      </w:r>
      <w:r>
        <w:rPr>
          <w:lang w:eastAsia="ko-KR"/>
        </w:rPr>
        <w:t>업무에서</w:t>
      </w:r>
      <w:r>
        <w:rPr>
          <w:lang w:eastAsia="ko-KR"/>
        </w:rPr>
        <w:t xml:space="preserve"> </w:t>
      </w:r>
      <w:r>
        <w:rPr>
          <w:lang w:eastAsia="ko-KR"/>
        </w:rPr>
        <w:t>사용해</w:t>
      </w:r>
      <w:r>
        <w:rPr>
          <w:lang w:eastAsia="ko-KR"/>
        </w:rPr>
        <w:t xml:space="preserve"> </w:t>
      </w:r>
      <w:r>
        <w:rPr>
          <w:lang w:eastAsia="ko-KR"/>
        </w:rPr>
        <w:t>온</w:t>
      </w:r>
      <w:r>
        <w:rPr>
          <w:lang w:eastAsia="ko-KR"/>
        </w:rPr>
        <w:t xml:space="preserve"> </w:t>
      </w:r>
      <w:r>
        <w:rPr>
          <w:lang w:eastAsia="ko-KR"/>
        </w:rPr>
        <w:t>일본어</w:t>
      </w:r>
      <w:r>
        <w:rPr>
          <w:lang w:eastAsia="ko-KR"/>
        </w:rPr>
        <w:t xml:space="preserve"> </w:t>
      </w:r>
      <w:r>
        <w:rPr>
          <w:lang w:eastAsia="ko-KR"/>
        </w:rPr>
        <w:t>실무인입니다</w:t>
      </w:r>
      <w:r>
        <w:rPr>
          <w:lang w:eastAsia="ko-KR"/>
        </w:rPr>
        <w:t>. 199</w:t>
      </w:r>
      <w:r>
        <w:rPr>
          <w:rFonts w:eastAsia="맑은 고딕" w:hint="eastAsia"/>
          <w:lang w:eastAsia="ko-KR"/>
        </w:rPr>
        <w:t>1</w:t>
      </w:r>
      <w:r>
        <w:rPr>
          <w:lang w:eastAsia="ko-KR"/>
        </w:rPr>
        <w:t>년</w:t>
      </w:r>
      <w:r>
        <w:rPr>
          <w:lang w:eastAsia="ko-KR"/>
        </w:rPr>
        <w:t xml:space="preserve"> </w:t>
      </w:r>
      <w:r>
        <w:rPr>
          <w:lang w:eastAsia="ko-KR"/>
        </w:rPr>
        <w:t>도쿄</w:t>
      </w:r>
      <w:r>
        <w:rPr>
          <w:lang w:eastAsia="ko-KR"/>
        </w:rPr>
        <w:t xml:space="preserve"> </w:t>
      </w:r>
      <w:r>
        <w:rPr>
          <w:lang w:eastAsia="ko-KR"/>
        </w:rPr>
        <w:t>일본외국어전문학교</w:t>
      </w:r>
      <w:r>
        <w:rPr>
          <w:lang w:eastAsia="ko-KR"/>
        </w:rPr>
        <w:t xml:space="preserve"> </w:t>
      </w:r>
      <w:r>
        <w:rPr>
          <w:lang w:eastAsia="ko-KR"/>
        </w:rPr>
        <w:t>일본어과를</w:t>
      </w:r>
      <w:r>
        <w:rPr>
          <w:lang w:eastAsia="ko-KR"/>
        </w:rPr>
        <w:t xml:space="preserve"> </w:t>
      </w:r>
      <w:r>
        <w:rPr>
          <w:lang w:eastAsia="ko-KR"/>
        </w:rPr>
        <w:t>졸업하고</w:t>
      </w:r>
      <w:r>
        <w:rPr>
          <w:lang w:eastAsia="ko-KR"/>
        </w:rPr>
        <w:t xml:space="preserve"> 201</w:t>
      </w:r>
      <w:r>
        <w:rPr>
          <w:rFonts w:eastAsia="맑은 고딕" w:hint="eastAsia"/>
          <w:lang w:eastAsia="ko-KR"/>
        </w:rPr>
        <w:t>3</w:t>
      </w:r>
      <w:r>
        <w:rPr>
          <w:lang w:eastAsia="ko-KR"/>
        </w:rPr>
        <w:t>년</w:t>
      </w:r>
      <w:r>
        <w:rPr>
          <w:lang w:eastAsia="ko-KR"/>
        </w:rPr>
        <w:t xml:space="preserve"> </w:t>
      </w:r>
      <w:r>
        <w:rPr>
          <w:lang w:eastAsia="ko-KR"/>
        </w:rPr>
        <w:t>한국방송통신대학교</w:t>
      </w:r>
      <w:r>
        <w:rPr>
          <w:lang w:eastAsia="ko-KR"/>
        </w:rPr>
        <w:t xml:space="preserve"> </w:t>
      </w:r>
      <w:r>
        <w:rPr>
          <w:lang w:eastAsia="ko-KR"/>
        </w:rPr>
        <w:t>일본학과를</w:t>
      </w:r>
      <w:r>
        <w:rPr>
          <w:lang w:eastAsia="ko-KR"/>
        </w:rPr>
        <w:t xml:space="preserve"> </w:t>
      </w:r>
      <w:r>
        <w:rPr>
          <w:lang w:eastAsia="ko-KR"/>
        </w:rPr>
        <w:t>졸업했습니다</w:t>
      </w:r>
      <w:r>
        <w:rPr>
          <w:lang w:eastAsia="ko-KR"/>
        </w:rPr>
        <w:t>. 1994</w:t>
      </w:r>
      <w:r>
        <w:rPr>
          <w:lang w:eastAsia="ko-KR"/>
        </w:rPr>
        <w:t>년부터</w:t>
      </w:r>
      <w:r>
        <w:rPr>
          <w:lang w:eastAsia="ko-KR"/>
        </w:rPr>
        <w:t xml:space="preserve"> 2025</w:t>
      </w:r>
      <w:r>
        <w:rPr>
          <w:lang w:eastAsia="ko-KR"/>
        </w:rPr>
        <w:t>년까지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국제특허법률사무소에서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일본</w:t>
      </w:r>
      <w:r>
        <w:rPr>
          <w:lang w:eastAsia="ko-KR"/>
        </w:rPr>
        <w:t xml:space="preserve"> </w:t>
      </w:r>
      <w:r>
        <w:rPr>
          <w:lang w:eastAsia="ko-KR"/>
        </w:rPr>
        <w:t>특허</w:t>
      </w:r>
      <w:r>
        <w:rPr>
          <w:lang w:eastAsia="ko-KR"/>
        </w:rPr>
        <w:t xml:space="preserve"> </w:t>
      </w:r>
      <w:r>
        <w:rPr>
          <w:lang w:eastAsia="ko-KR"/>
        </w:rPr>
        <w:t>관련</w:t>
      </w:r>
      <w:r>
        <w:rPr>
          <w:lang w:eastAsia="ko-KR"/>
        </w:rPr>
        <w:t xml:space="preserve"> </w:t>
      </w:r>
      <w:r>
        <w:rPr>
          <w:lang w:eastAsia="ko-KR"/>
        </w:rPr>
        <w:t>업무를</w:t>
      </w:r>
      <w:r>
        <w:rPr>
          <w:lang w:eastAsia="ko-KR"/>
        </w:rPr>
        <w:t xml:space="preserve"> </w:t>
      </w:r>
      <w:r>
        <w:rPr>
          <w:lang w:eastAsia="ko-KR"/>
        </w:rPr>
        <w:t>담당하며</w:t>
      </w:r>
      <w:r>
        <w:rPr>
          <w:lang w:eastAsia="ko-KR"/>
        </w:rPr>
        <w:t xml:space="preserve"> </w:t>
      </w:r>
      <w:r>
        <w:rPr>
          <w:lang w:eastAsia="ko-KR"/>
        </w:rPr>
        <w:t>일본어를</w:t>
      </w:r>
      <w:r>
        <w:rPr>
          <w:lang w:eastAsia="ko-KR"/>
        </w:rPr>
        <w:t xml:space="preserve"> </w:t>
      </w:r>
      <w:r>
        <w:rPr>
          <w:lang w:eastAsia="ko-KR"/>
        </w:rPr>
        <w:t>실무언어로</w:t>
      </w:r>
      <w:r>
        <w:rPr>
          <w:lang w:eastAsia="ko-KR"/>
        </w:rPr>
        <w:t xml:space="preserve"> </w:t>
      </w:r>
      <w:proofErr w:type="gramStart"/>
      <w:r>
        <w:rPr>
          <w:rFonts w:eastAsia="맑은 고딕" w:hint="eastAsia"/>
          <w:lang w:eastAsia="ko-KR"/>
        </w:rPr>
        <w:t>사용 했</w:t>
      </w:r>
      <w:r>
        <w:rPr>
          <w:lang w:eastAsia="ko-KR"/>
        </w:rPr>
        <w:t>습니다</w:t>
      </w:r>
      <w:proofErr w:type="gramEnd"/>
      <w:r>
        <w:rPr>
          <w:lang w:eastAsia="ko-KR"/>
        </w:rPr>
        <w:t>.</w:t>
      </w:r>
    </w:p>
    <w:p w14:paraId="185244EF" w14:textId="77777777" w:rsidR="00AB3B68" w:rsidRDefault="00AB3B68" w:rsidP="00AB3B68">
      <w:pPr>
        <w:spacing w:after="80"/>
        <w:rPr>
          <w:lang w:eastAsia="ko-KR"/>
        </w:rPr>
      </w:pPr>
      <w:r>
        <w:rPr>
          <w:lang w:eastAsia="ko-KR"/>
        </w:rPr>
        <w:t>방송통신대학교</w:t>
      </w:r>
      <w:r>
        <w:rPr>
          <w:lang w:eastAsia="ko-KR"/>
        </w:rPr>
        <w:t xml:space="preserve"> </w:t>
      </w:r>
      <w:r>
        <w:rPr>
          <w:lang w:eastAsia="ko-KR"/>
        </w:rPr>
        <w:t>재학</w:t>
      </w:r>
      <w:r>
        <w:rPr>
          <w:lang w:eastAsia="ko-KR"/>
        </w:rPr>
        <w:t xml:space="preserve"> </w:t>
      </w:r>
      <w:r>
        <w:rPr>
          <w:lang w:eastAsia="ko-KR"/>
        </w:rPr>
        <w:t>당시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스터디그룹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「</w:t>
      </w:r>
      <w:proofErr w:type="spellStart"/>
      <w:r>
        <w:rPr>
          <w:lang w:eastAsia="ko-KR"/>
        </w:rPr>
        <w:t>코지엔」에서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일본어과</w:t>
      </w:r>
      <w:r>
        <w:rPr>
          <w:lang w:eastAsia="ko-KR"/>
        </w:rPr>
        <w:t xml:space="preserve"> 1~4</w:t>
      </w:r>
      <w:r>
        <w:rPr>
          <w:lang w:eastAsia="ko-KR"/>
        </w:rPr>
        <w:t>학년</w:t>
      </w:r>
      <w:r>
        <w:rPr>
          <w:lang w:eastAsia="ko-KR"/>
        </w:rPr>
        <w:t xml:space="preserve"> </w:t>
      </w:r>
      <w:r>
        <w:rPr>
          <w:lang w:eastAsia="ko-KR"/>
        </w:rPr>
        <w:t>재학생에게</w:t>
      </w:r>
      <w:r>
        <w:rPr>
          <w:lang w:eastAsia="ko-KR"/>
        </w:rPr>
        <w:t xml:space="preserve"> </w:t>
      </w:r>
      <w:r>
        <w:rPr>
          <w:lang w:eastAsia="ko-KR"/>
        </w:rPr>
        <w:t>학교</w:t>
      </w:r>
      <w:r>
        <w:rPr>
          <w:lang w:eastAsia="ko-KR"/>
        </w:rPr>
        <w:t xml:space="preserve"> </w:t>
      </w:r>
      <w:r>
        <w:rPr>
          <w:lang w:eastAsia="ko-KR"/>
        </w:rPr>
        <w:t>교재를</w:t>
      </w:r>
      <w:r>
        <w:rPr>
          <w:lang w:eastAsia="ko-KR"/>
        </w:rPr>
        <w:t xml:space="preserve"> </w:t>
      </w:r>
      <w:r>
        <w:rPr>
          <w:lang w:eastAsia="ko-KR"/>
        </w:rPr>
        <w:t>바탕으로</w:t>
      </w:r>
      <w:r>
        <w:rPr>
          <w:lang w:eastAsia="ko-KR"/>
        </w:rPr>
        <w:t xml:space="preserve"> </w:t>
      </w:r>
      <w:r>
        <w:rPr>
          <w:lang w:eastAsia="ko-KR"/>
        </w:rPr>
        <w:t>동사</w:t>
      </w:r>
      <w:r>
        <w:rPr>
          <w:lang w:eastAsia="ko-KR"/>
        </w:rPr>
        <w:t xml:space="preserve"> </w:t>
      </w:r>
      <w:r>
        <w:rPr>
          <w:lang w:eastAsia="ko-KR"/>
        </w:rPr>
        <w:t>활용</w:t>
      </w:r>
      <w:r>
        <w:rPr>
          <w:lang w:eastAsia="ko-KR"/>
        </w:rPr>
        <w:t>·</w:t>
      </w:r>
      <w:r>
        <w:rPr>
          <w:lang w:eastAsia="ko-KR"/>
        </w:rPr>
        <w:t>변형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 xml:space="preserve"> </w:t>
      </w:r>
      <w:r>
        <w:rPr>
          <w:lang w:eastAsia="ko-KR"/>
        </w:rPr>
        <w:t>일본어</w:t>
      </w:r>
      <w:r>
        <w:rPr>
          <w:lang w:eastAsia="ko-KR"/>
        </w:rPr>
        <w:t xml:space="preserve"> </w:t>
      </w:r>
      <w:r>
        <w:rPr>
          <w:lang w:eastAsia="ko-KR"/>
        </w:rPr>
        <w:t>문법을</w:t>
      </w:r>
      <w:r>
        <w:rPr>
          <w:lang w:eastAsia="ko-KR"/>
        </w:rPr>
        <w:t xml:space="preserve"> </w:t>
      </w:r>
      <w:r>
        <w:rPr>
          <w:lang w:eastAsia="ko-KR"/>
        </w:rPr>
        <w:t>지도했고</w:t>
      </w:r>
      <w:r>
        <w:rPr>
          <w:lang w:eastAsia="ko-KR"/>
        </w:rPr>
        <w:t xml:space="preserve">, </w:t>
      </w:r>
      <w:r>
        <w:rPr>
          <w:lang w:eastAsia="ko-KR"/>
        </w:rPr>
        <w:t>일반인을</w:t>
      </w:r>
      <w:r>
        <w:rPr>
          <w:lang w:eastAsia="ko-KR"/>
        </w:rPr>
        <w:t xml:space="preserve"> </w:t>
      </w:r>
      <w:r>
        <w:rPr>
          <w:lang w:eastAsia="ko-KR"/>
        </w:rPr>
        <w:t>대상으로</w:t>
      </w:r>
      <w:r>
        <w:rPr>
          <w:lang w:eastAsia="ko-KR"/>
        </w:rPr>
        <w:t xml:space="preserve"> </w:t>
      </w:r>
      <w:r>
        <w:rPr>
          <w:lang w:eastAsia="ko-KR"/>
        </w:rPr>
        <w:t>일본어를</w:t>
      </w:r>
      <w:r>
        <w:rPr>
          <w:lang w:eastAsia="ko-KR"/>
        </w:rPr>
        <w:t xml:space="preserve"> </w:t>
      </w:r>
      <w:r>
        <w:rPr>
          <w:lang w:eastAsia="ko-KR"/>
        </w:rPr>
        <w:t>가르친</w:t>
      </w:r>
      <w:r>
        <w:rPr>
          <w:lang w:eastAsia="ko-KR"/>
        </w:rPr>
        <w:t xml:space="preserve"> </w:t>
      </w:r>
      <w:r>
        <w:rPr>
          <w:lang w:eastAsia="ko-KR"/>
        </w:rPr>
        <w:t>경험</w:t>
      </w:r>
      <w:r>
        <w:rPr>
          <w:rFonts w:eastAsia="맑은 고딕" w:cs="맑은 고딕" w:hint="eastAsia"/>
          <w:lang w:eastAsia="ko-KR"/>
        </w:rPr>
        <w:t>을 가지고</w:t>
      </w:r>
      <w:r>
        <w:rPr>
          <w:lang w:eastAsia="ko-KR"/>
        </w:rPr>
        <w:t xml:space="preserve"> </w:t>
      </w:r>
      <w:r>
        <w:rPr>
          <w:lang w:eastAsia="ko-KR"/>
        </w:rPr>
        <w:t>있습니다</w:t>
      </w:r>
      <w:r>
        <w:rPr>
          <w:lang w:eastAsia="ko-KR"/>
        </w:rPr>
        <w:t xml:space="preserve">. </w:t>
      </w:r>
      <w:r>
        <w:rPr>
          <w:lang w:eastAsia="ko-KR"/>
        </w:rPr>
        <w:t>또한</w:t>
      </w:r>
      <w:r>
        <w:rPr>
          <w:lang w:eastAsia="ko-KR"/>
        </w:rPr>
        <w:t xml:space="preserve"> </w:t>
      </w:r>
      <w:r>
        <w:rPr>
          <w:lang w:eastAsia="ko-KR"/>
        </w:rPr>
        <w:t>한일</w:t>
      </w:r>
      <w:r>
        <w:rPr>
          <w:lang w:eastAsia="ko-KR"/>
        </w:rPr>
        <w:t xml:space="preserve"> </w:t>
      </w:r>
      <w:r>
        <w:rPr>
          <w:lang w:eastAsia="ko-KR"/>
        </w:rPr>
        <w:t>민간교류회</w:t>
      </w:r>
      <w:r>
        <w:rPr>
          <w:lang w:eastAsia="ko-KR"/>
        </w:rPr>
        <w:t xml:space="preserve"> </w:t>
      </w:r>
      <w:r>
        <w:rPr>
          <w:lang w:eastAsia="ko-KR"/>
        </w:rPr>
        <w:t>「</w:t>
      </w:r>
      <w:proofErr w:type="spellStart"/>
      <w:r>
        <w:rPr>
          <w:lang w:eastAsia="ko-KR"/>
        </w:rPr>
        <w:t>호슈외교</w:t>
      </w:r>
      <w:proofErr w:type="spellEnd"/>
      <w:r>
        <w:rPr>
          <w:lang w:eastAsia="ko-KR"/>
        </w:rPr>
        <w:t xml:space="preserve"> </w:t>
      </w:r>
      <w:proofErr w:type="spellStart"/>
      <w:r>
        <w:rPr>
          <w:lang w:eastAsia="ko-KR"/>
        </w:rPr>
        <w:t>교류회</w:t>
      </w:r>
      <w:proofErr w:type="spellEnd"/>
      <w:r>
        <w:rPr>
          <w:lang w:eastAsia="ko-KR"/>
        </w:rPr>
        <w:t>」</w:t>
      </w:r>
      <w:r>
        <w:rPr>
          <w:lang w:eastAsia="ko-KR"/>
        </w:rPr>
        <w:t xml:space="preserve"> </w:t>
      </w:r>
      <w:r>
        <w:rPr>
          <w:lang w:eastAsia="ko-KR"/>
        </w:rPr>
        <w:t>한국측</w:t>
      </w:r>
      <w:r>
        <w:rPr>
          <w:lang w:eastAsia="ko-KR"/>
        </w:rPr>
        <w:t xml:space="preserve"> </w:t>
      </w:r>
      <w:r>
        <w:rPr>
          <w:lang w:eastAsia="ko-KR"/>
        </w:rPr>
        <w:t>회장을</w:t>
      </w:r>
      <w:r>
        <w:rPr>
          <w:lang w:eastAsia="ko-KR"/>
        </w:rPr>
        <w:t xml:space="preserve"> </w:t>
      </w:r>
      <w:r>
        <w:rPr>
          <w:lang w:eastAsia="ko-KR"/>
        </w:rPr>
        <w:t>역임</w:t>
      </w:r>
      <w:r>
        <w:rPr>
          <w:rFonts w:eastAsia="맑은 고딕" w:hint="eastAsia"/>
          <w:lang w:eastAsia="ko-KR"/>
        </w:rPr>
        <w:t>(2010~2011)</w:t>
      </w:r>
      <w:r>
        <w:rPr>
          <w:lang w:eastAsia="ko-KR"/>
        </w:rPr>
        <w:t>했습니다</w:t>
      </w:r>
      <w:r>
        <w:rPr>
          <w:lang w:eastAsia="ko-KR"/>
        </w:rPr>
        <w:t>.</w:t>
      </w:r>
      <w:r>
        <w:rPr>
          <w:rFonts w:eastAsia="맑은 고딕" w:hint="eastAsia"/>
          <w:lang w:eastAsia="ko-KR"/>
        </w:rPr>
        <w:t xml:space="preserve"> 업무와 여행 등으로100여회 이상 일본을 다니면서 체험한 경험을 </w:t>
      </w:r>
      <w:r>
        <w:rPr>
          <w:lang w:eastAsia="ko-KR"/>
        </w:rPr>
        <w:t>바탕으로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 xml:space="preserve">초보 </w:t>
      </w:r>
      <w:r>
        <w:rPr>
          <w:lang w:eastAsia="ko-KR"/>
        </w:rPr>
        <w:t>학습자에게</w:t>
      </w:r>
      <w:r>
        <w:rPr>
          <w:lang w:eastAsia="ko-KR"/>
        </w:rPr>
        <w:t xml:space="preserve"> </w:t>
      </w:r>
      <w:r>
        <w:rPr>
          <w:lang w:eastAsia="ko-KR"/>
        </w:rPr>
        <w:t>일본어를</w:t>
      </w:r>
      <w:r>
        <w:rPr>
          <w:lang w:eastAsia="ko-KR"/>
        </w:rPr>
        <w:t xml:space="preserve"> </w:t>
      </w:r>
      <w:r>
        <w:rPr>
          <w:lang w:eastAsia="ko-KR"/>
        </w:rPr>
        <w:t>어렵게</w:t>
      </w:r>
      <w:r>
        <w:rPr>
          <w:lang w:eastAsia="ko-KR"/>
        </w:rPr>
        <w:t xml:space="preserve"> </w:t>
      </w:r>
      <w:r>
        <w:rPr>
          <w:lang w:eastAsia="ko-KR"/>
        </w:rPr>
        <w:t>가르치기보다</w:t>
      </w:r>
      <w:r>
        <w:rPr>
          <w:lang w:eastAsia="ko-KR"/>
        </w:rPr>
        <w:t xml:space="preserve"> </w:t>
      </w:r>
      <w:r>
        <w:rPr>
          <w:lang w:eastAsia="ko-KR"/>
        </w:rPr>
        <w:t>여행과</w:t>
      </w:r>
      <w:r>
        <w:rPr>
          <w:lang w:eastAsia="ko-KR"/>
        </w:rPr>
        <w:t xml:space="preserve"> </w:t>
      </w:r>
      <w:r>
        <w:rPr>
          <w:lang w:eastAsia="ko-KR"/>
        </w:rPr>
        <w:t>일상에서</w:t>
      </w:r>
      <w:r>
        <w:rPr>
          <w:lang w:eastAsia="ko-KR"/>
        </w:rPr>
        <w:t xml:space="preserve"> </w:t>
      </w:r>
      <w:r>
        <w:rPr>
          <w:lang w:eastAsia="ko-KR"/>
        </w:rPr>
        <w:t>실제</w:t>
      </w:r>
      <w:r>
        <w:rPr>
          <w:lang w:eastAsia="ko-KR"/>
        </w:rPr>
        <w:t xml:space="preserve"> </w:t>
      </w:r>
      <w:r>
        <w:rPr>
          <w:lang w:eastAsia="ko-KR"/>
        </w:rPr>
        <w:t>사용할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표현을</w:t>
      </w:r>
      <w:r>
        <w:rPr>
          <w:lang w:eastAsia="ko-KR"/>
        </w:rPr>
        <w:t xml:space="preserve"> </w:t>
      </w:r>
      <w:r>
        <w:rPr>
          <w:lang w:eastAsia="ko-KR"/>
        </w:rPr>
        <w:t>쉽고</w:t>
      </w:r>
      <w:r>
        <w:rPr>
          <w:lang w:eastAsia="ko-KR"/>
        </w:rPr>
        <w:t xml:space="preserve"> </w:t>
      </w:r>
      <w:r>
        <w:rPr>
          <w:lang w:eastAsia="ko-KR"/>
        </w:rPr>
        <w:t>재미있게</w:t>
      </w:r>
      <w:r>
        <w:rPr>
          <w:lang w:eastAsia="ko-KR"/>
        </w:rPr>
        <w:t xml:space="preserve"> </w:t>
      </w:r>
      <w:r>
        <w:rPr>
          <w:lang w:eastAsia="ko-KR"/>
        </w:rPr>
        <w:t>전달하고자</w:t>
      </w:r>
      <w:r>
        <w:rPr>
          <w:lang w:eastAsia="ko-KR"/>
        </w:rPr>
        <w:t xml:space="preserve"> </w:t>
      </w:r>
      <w:r>
        <w:rPr>
          <w:lang w:eastAsia="ko-KR"/>
        </w:rPr>
        <w:t>합니다</w:t>
      </w:r>
      <w:r>
        <w:rPr>
          <w:lang w:eastAsia="ko-KR"/>
        </w:rPr>
        <w:t>.</w:t>
      </w:r>
    </w:p>
    <w:p w14:paraId="272B40D8" w14:textId="77777777" w:rsidR="00AB3B68" w:rsidRDefault="00AB3B68" w:rsidP="00AB3B68">
      <w:pPr>
        <w:spacing w:before="80" w:after="60"/>
        <w:rPr>
          <w:lang w:eastAsia="ko-KR"/>
        </w:rPr>
      </w:pPr>
      <w:r>
        <w:rPr>
          <w:b/>
          <w:sz w:val="23"/>
          <w:lang w:eastAsia="ko-KR"/>
        </w:rPr>
        <w:t>주요</w:t>
      </w:r>
      <w:r>
        <w:rPr>
          <w:b/>
          <w:sz w:val="23"/>
          <w:lang w:eastAsia="ko-KR"/>
        </w:rPr>
        <w:t xml:space="preserve"> </w:t>
      </w:r>
      <w:r>
        <w:rPr>
          <w:b/>
          <w:sz w:val="23"/>
          <w:lang w:eastAsia="ko-KR"/>
        </w:rPr>
        <w:t>학력</w:t>
      </w:r>
      <w:r>
        <w:rPr>
          <w:b/>
          <w:sz w:val="23"/>
          <w:lang w:eastAsia="ko-KR"/>
        </w:rPr>
        <w:t>·</w:t>
      </w:r>
      <w:r>
        <w:rPr>
          <w:b/>
          <w:sz w:val="23"/>
          <w:lang w:eastAsia="ko-KR"/>
        </w:rPr>
        <w:t>자격</w:t>
      </w:r>
      <w:r>
        <w:rPr>
          <w:b/>
          <w:sz w:val="23"/>
          <w:lang w:eastAsia="ko-KR"/>
        </w:rPr>
        <w:t>·</w:t>
      </w:r>
      <w:r>
        <w:rPr>
          <w:b/>
          <w:sz w:val="23"/>
          <w:lang w:eastAsia="ko-KR"/>
        </w:rPr>
        <w:t>경력</w:t>
      </w:r>
    </w:p>
    <w:p w14:paraId="416364E7" w14:textId="77777777" w:rsidR="00AB3B68" w:rsidRPr="004B7A41" w:rsidRDefault="00AB3B68" w:rsidP="00AB3B68">
      <w:pPr>
        <w:spacing w:after="40"/>
        <w:ind w:left="227" w:hanging="170"/>
        <w:rPr>
          <w:rFonts w:eastAsia="맑은 고딕"/>
          <w:sz w:val="18"/>
          <w:szCs w:val="18"/>
          <w:lang w:eastAsia="ko-KR"/>
        </w:rPr>
      </w:pPr>
      <w:r w:rsidRPr="004B7A41">
        <w:rPr>
          <w:rFonts w:eastAsia="맑은 고딕"/>
          <w:sz w:val="18"/>
          <w:szCs w:val="18"/>
          <w:lang w:eastAsia="ko-KR"/>
        </w:rPr>
        <w:t>• 1991.04 일본 도쿄 일본외국어전문학교 일본어과 졸업</w:t>
      </w:r>
    </w:p>
    <w:p w14:paraId="1D22C1DE" w14:textId="77777777" w:rsidR="00AB3B68" w:rsidRPr="004B7A41" w:rsidRDefault="00AB3B68" w:rsidP="00AB3B68">
      <w:pPr>
        <w:spacing w:after="40"/>
        <w:ind w:left="227" w:hanging="170"/>
        <w:rPr>
          <w:rFonts w:eastAsia="맑은 고딕"/>
          <w:sz w:val="18"/>
          <w:szCs w:val="18"/>
          <w:lang w:eastAsia="ko-KR"/>
        </w:rPr>
      </w:pPr>
      <w:r w:rsidRPr="004B7A41">
        <w:rPr>
          <w:rFonts w:eastAsia="맑은 고딕"/>
          <w:sz w:val="18"/>
          <w:szCs w:val="18"/>
          <w:lang w:eastAsia="ko-KR"/>
        </w:rPr>
        <w:t>• 201</w:t>
      </w:r>
      <w:r w:rsidRPr="004B7A41">
        <w:rPr>
          <w:rFonts w:eastAsia="맑은 고딕" w:hint="eastAsia"/>
          <w:sz w:val="18"/>
          <w:szCs w:val="18"/>
          <w:lang w:eastAsia="ko-KR"/>
        </w:rPr>
        <w:t>3.02</w:t>
      </w:r>
      <w:r w:rsidRPr="004B7A41">
        <w:rPr>
          <w:rFonts w:eastAsia="맑은 고딕"/>
          <w:sz w:val="18"/>
          <w:szCs w:val="18"/>
          <w:lang w:eastAsia="ko-KR"/>
        </w:rPr>
        <w:t xml:space="preserve"> 한국방송통신대학교 일본학과 졸업</w:t>
      </w:r>
    </w:p>
    <w:p w14:paraId="59743438" w14:textId="77777777" w:rsidR="00AB3B68" w:rsidRPr="004B7A41" w:rsidRDefault="00AB3B68" w:rsidP="00AB3B68">
      <w:pPr>
        <w:spacing w:after="40"/>
        <w:ind w:left="227" w:hanging="170"/>
        <w:rPr>
          <w:rFonts w:eastAsia="맑은 고딕"/>
          <w:sz w:val="18"/>
          <w:szCs w:val="18"/>
          <w:lang w:eastAsia="ko-KR"/>
        </w:rPr>
      </w:pPr>
      <w:r w:rsidRPr="004B7A41">
        <w:rPr>
          <w:rFonts w:eastAsia="맑은 고딕"/>
          <w:sz w:val="18"/>
          <w:szCs w:val="18"/>
          <w:lang w:eastAsia="ko-KR"/>
        </w:rPr>
        <w:t>• JLPT 1</w:t>
      </w:r>
      <w:r w:rsidRPr="004B7A41">
        <w:rPr>
          <w:rFonts w:eastAsia="맑은 고딕" w:cs="맑은 고딕" w:hint="eastAsia"/>
          <w:sz w:val="18"/>
          <w:szCs w:val="18"/>
          <w:lang w:eastAsia="ko-KR"/>
        </w:rPr>
        <w:t>급</w:t>
      </w:r>
      <w:r w:rsidRPr="004B7A41">
        <w:rPr>
          <w:rFonts w:eastAsia="맑은 고딕"/>
          <w:sz w:val="18"/>
          <w:szCs w:val="18"/>
          <w:lang w:eastAsia="ko-KR"/>
        </w:rPr>
        <w:t>(</w:t>
      </w:r>
      <w:r w:rsidRPr="004B7A41">
        <w:rPr>
          <w:rFonts w:eastAsia="맑은 고딕" w:hint="eastAsia"/>
          <w:sz w:val="18"/>
          <w:szCs w:val="18"/>
          <w:lang w:eastAsia="ko-KR"/>
        </w:rPr>
        <w:t>1992.09</w:t>
      </w:r>
      <w:proofErr w:type="gramStart"/>
      <w:r w:rsidRPr="004B7A41">
        <w:rPr>
          <w:rFonts w:eastAsia="맑은 고딕"/>
          <w:sz w:val="18"/>
          <w:szCs w:val="18"/>
          <w:lang w:eastAsia="ko-KR"/>
        </w:rPr>
        <w:t>)</w:t>
      </w:r>
      <w:r w:rsidRPr="004B7A41">
        <w:rPr>
          <w:rFonts w:eastAsia="맑은 고딕" w:hint="eastAsia"/>
          <w:sz w:val="18"/>
          <w:szCs w:val="18"/>
          <w:lang w:eastAsia="ko-KR"/>
        </w:rPr>
        <w:t xml:space="preserve"> /</w:t>
      </w:r>
      <w:proofErr w:type="gramEnd"/>
      <w:r w:rsidRPr="004B7A41">
        <w:rPr>
          <w:rFonts w:eastAsia="맑은 고딕" w:hint="eastAsia"/>
          <w:sz w:val="18"/>
          <w:szCs w:val="18"/>
          <w:lang w:eastAsia="ko-KR"/>
        </w:rPr>
        <w:t xml:space="preserve"> </w:t>
      </w:r>
      <w:r w:rsidRPr="004B7A41">
        <w:rPr>
          <w:rFonts w:eastAsia="맑은 고딕"/>
          <w:sz w:val="18"/>
          <w:szCs w:val="18"/>
          <w:lang w:eastAsia="ko-KR"/>
        </w:rPr>
        <w:t>JPT 760</w:t>
      </w:r>
      <w:r w:rsidRPr="004B7A41">
        <w:rPr>
          <w:rFonts w:eastAsia="맑은 고딕" w:cs="맑은 고딕" w:hint="eastAsia"/>
          <w:sz w:val="18"/>
          <w:szCs w:val="18"/>
          <w:lang w:eastAsia="ko-KR"/>
        </w:rPr>
        <w:t>점</w:t>
      </w:r>
      <w:r w:rsidRPr="004B7A41">
        <w:rPr>
          <w:rFonts w:eastAsia="맑은 고딕" w:hint="eastAsia"/>
          <w:sz w:val="18"/>
          <w:szCs w:val="18"/>
          <w:lang w:eastAsia="ko-KR"/>
        </w:rPr>
        <w:t>(2024.05</w:t>
      </w:r>
      <w:proofErr w:type="gramStart"/>
      <w:r w:rsidRPr="004B7A41">
        <w:rPr>
          <w:rFonts w:eastAsia="맑은 고딕" w:hint="eastAsia"/>
          <w:sz w:val="18"/>
          <w:szCs w:val="18"/>
          <w:lang w:eastAsia="ko-KR"/>
        </w:rPr>
        <w:t xml:space="preserve">) </w:t>
      </w:r>
      <w:r w:rsidRPr="004B7A41">
        <w:rPr>
          <w:rFonts w:eastAsia="맑은 고딕" w:cs="맑은 고딕" w:hint="eastAsia"/>
          <w:sz w:val="18"/>
          <w:szCs w:val="18"/>
          <w:lang w:eastAsia="ko-KR"/>
        </w:rPr>
        <w:t>/</w:t>
      </w:r>
      <w:proofErr w:type="gramEnd"/>
      <w:r w:rsidRPr="004B7A41">
        <w:rPr>
          <w:rFonts w:eastAsia="맑은 고딕" w:cs="맑은 고딕" w:hint="eastAsia"/>
          <w:sz w:val="18"/>
          <w:szCs w:val="18"/>
          <w:lang w:eastAsia="ko-KR"/>
        </w:rPr>
        <w:t xml:space="preserve"> 관광통역안내사(일본어)(2024.12)</w:t>
      </w:r>
    </w:p>
    <w:p w14:paraId="5A0428A0" w14:textId="77777777" w:rsidR="00AB3B68" w:rsidRPr="004B7A41" w:rsidRDefault="00AB3B68" w:rsidP="00AB3B68">
      <w:pPr>
        <w:spacing w:after="40"/>
        <w:ind w:left="227" w:hanging="170"/>
        <w:rPr>
          <w:rFonts w:eastAsia="맑은 고딕"/>
          <w:sz w:val="18"/>
          <w:szCs w:val="18"/>
          <w:lang w:eastAsia="ko-KR"/>
        </w:rPr>
      </w:pPr>
      <w:r w:rsidRPr="004B7A41">
        <w:rPr>
          <w:rFonts w:eastAsia="맑은 고딕"/>
          <w:sz w:val="18"/>
          <w:szCs w:val="18"/>
          <w:lang w:eastAsia="ko-KR"/>
        </w:rPr>
        <w:t xml:space="preserve">• 1994.04~2025.12 </w:t>
      </w:r>
      <w:proofErr w:type="spellStart"/>
      <w:r w:rsidRPr="004B7A41">
        <w:rPr>
          <w:rFonts w:eastAsia="맑은 고딕"/>
          <w:sz w:val="18"/>
          <w:szCs w:val="18"/>
          <w:lang w:eastAsia="ko-KR"/>
        </w:rPr>
        <w:t>국제특허법률사무소</w:t>
      </w:r>
      <w:proofErr w:type="spellEnd"/>
      <w:r w:rsidRPr="004B7A41">
        <w:rPr>
          <w:rFonts w:eastAsia="맑은 고딕"/>
          <w:sz w:val="18"/>
          <w:szCs w:val="18"/>
          <w:lang w:eastAsia="ko-KR"/>
        </w:rPr>
        <w:t xml:space="preserve"> 일본 특허업무 30년 이상</w:t>
      </w:r>
    </w:p>
    <w:p w14:paraId="6C976B9F" w14:textId="6954660B" w:rsidR="00AB3B68" w:rsidRPr="004B7A41" w:rsidRDefault="00AB3B68" w:rsidP="00AB3B68">
      <w:pPr>
        <w:spacing w:after="40"/>
        <w:ind w:left="227" w:hanging="170"/>
        <w:rPr>
          <w:rFonts w:eastAsia="맑은 고딕"/>
          <w:sz w:val="18"/>
          <w:szCs w:val="18"/>
          <w:lang w:eastAsia="ko-KR"/>
        </w:rPr>
      </w:pPr>
      <w:r w:rsidRPr="004B7A41">
        <w:rPr>
          <w:rFonts w:eastAsia="맑은 고딕"/>
          <w:sz w:val="18"/>
          <w:szCs w:val="18"/>
          <w:lang w:eastAsia="ko-KR"/>
        </w:rPr>
        <w:t>• 일본어 파트 관리 · 일반인 대상 일본어 강의</w:t>
      </w:r>
      <w:r w:rsidR="00526ED7" w:rsidRPr="004B7A41">
        <w:rPr>
          <w:rFonts w:eastAsia="맑은 고딕" w:hint="eastAsia"/>
          <w:sz w:val="18"/>
          <w:szCs w:val="18"/>
          <w:lang w:eastAsia="ko-KR"/>
        </w:rPr>
        <w:t>, 일본 전국 여행 100여회 이상</w:t>
      </w:r>
    </w:p>
    <w:p w14:paraId="0808A960" w14:textId="77777777" w:rsidR="00AB3B68" w:rsidRPr="004B7A41" w:rsidRDefault="00AB3B68" w:rsidP="00AB3B68">
      <w:pPr>
        <w:spacing w:after="40"/>
        <w:ind w:left="227" w:hanging="170"/>
        <w:rPr>
          <w:rFonts w:eastAsia="맑은 고딕"/>
          <w:sz w:val="18"/>
          <w:szCs w:val="18"/>
          <w:lang w:eastAsia="ko-KR"/>
        </w:rPr>
      </w:pPr>
      <w:r w:rsidRPr="004B7A41">
        <w:rPr>
          <w:rFonts w:eastAsia="맑은 고딕"/>
          <w:sz w:val="18"/>
          <w:szCs w:val="18"/>
          <w:lang w:eastAsia="ko-KR"/>
        </w:rPr>
        <w:t>• 「</w:t>
      </w:r>
      <w:proofErr w:type="spellStart"/>
      <w:r w:rsidRPr="004B7A41">
        <w:rPr>
          <w:rFonts w:eastAsia="맑은 고딕"/>
          <w:sz w:val="18"/>
          <w:szCs w:val="18"/>
          <w:lang w:eastAsia="ko-KR"/>
        </w:rPr>
        <w:t>코지엔</w:t>
      </w:r>
      <w:proofErr w:type="spellEnd"/>
      <w:r w:rsidRPr="004B7A41">
        <w:rPr>
          <w:rFonts w:eastAsia="맑은 고딕"/>
          <w:sz w:val="18"/>
          <w:szCs w:val="18"/>
          <w:lang w:eastAsia="ko-KR"/>
        </w:rPr>
        <w:t>」 일본어과 재학생 대상 문법·동사 활용</w:t>
      </w:r>
      <w:r w:rsidRPr="004B7A41">
        <w:rPr>
          <w:rFonts w:eastAsia="맑은 고딕" w:hint="eastAsia"/>
          <w:sz w:val="18"/>
          <w:szCs w:val="18"/>
          <w:lang w:eastAsia="ko-KR"/>
        </w:rPr>
        <w:t xml:space="preserve"> 등</w:t>
      </w:r>
      <w:r w:rsidRPr="004B7A41">
        <w:rPr>
          <w:rFonts w:eastAsia="맑은 고딕"/>
          <w:sz w:val="18"/>
          <w:szCs w:val="18"/>
          <w:lang w:eastAsia="ko-KR"/>
        </w:rPr>
        <w:t xml:space="preserve"> 지도</w:t>
      </w:r>
    </w:p>
    <w:p w14:paraId="4F569008" w14:textId="77777777" w:rsidR="00AB3B68" w:rsidRPr="004B7A41" w:rsidRDefault="00AB3B68" w:rsidP="00AB3B68">
      <w:pPr>
        <w:spacing w:after="40"/>
        <w:ind w:left="227" w:hanging="170"/>
        <w:rPr>
          <w:rFonts w:eastAsia="맑은 고딕"/>
          <w:sz w:val="18"/>
          <w:szCs w:val="18"/>
          <w:lang w:eastAsia="ko-KR"/>
        </w:rPr>
      </w:pPr>
      <w:r w:rsidRPr="004B7A41">
        <w:rPr>
          <w:rFonts w:eastAsia="맑은 고딕"/>
          <w:sz w:val="18"/>
          <w:szCs w:val="18"/>
          <w:lang w:eastAsia="ko-KR"/>
        </w:rPr>
        <w:t>• 「</w:t>
      </w:r>
      <w:proofErr w:type="spellStart"/>
      <w:r w:rsidRPr="004B7A41">
        <w:rPr>
          <w:rFonts w:eastAsia="맑은 고딕"/>
          <w:sz w:val="18"/>
          <w:szCs w:val="18"/>
          <w:lang w:eastAsia="ko-KR"/>
        </w:rPr>
        <w:t>호슈외교</w:t>
      </w:r>
      <w:proofErr w:type="spellEnd"/>
      <w:r w:rsidRPr="004B7A41">
        <w:rPr>
          <w:rFonts w:eastAsia="맑은 고딕"/>
          <w:sz w:val="18"/>
          <w:szCs w:val="18"/>
          <w:lang w:eastAsia="ko-KR"/>
        </w:rPr>
        <w:t xml:space="preserve"> </w:t>
      </w:r>
      <w:proofErr w:type="spellStart"/>
      <w:r w:rsidRPr="004B7A41">
        <w:rPr>
          <w:rFonts w:eastAsia="맑은 고딕"/>
          <w:sz w:val="18"/>
          <w:szCs w:val="18"/>
          <w:lang w:eastAsia="ko-KR"/>
        </w:rPr>
        <w:t>교류회</w:t>
      </w:r>
      <w:proofErr w:type="spellEnd"/>
      <w:r w:rsidRPr="004B7A41">
        <w:rPr>
          <w:rFonts w:eastAsia="맑은 고딕"/>
          <w:sz w:val="18"/>
          <w:szCs w:val="18"/>
          <w:lang w:eastAsia="ko-KR"/>
        </w:rPr>
        <w:t>」 한국측 회장 역임</w:t>
      </w:r>
      <w:r w:rsidRPr="004B7A41">
        <w:rPr>
          <w:rFonts w:eastAsia="맑은 고딕" w:hint="eastAsia"/>
          <w:sz w:val="18"/>
          <w:szCs w:val="18"/>
          <w:lang w:eastAsia="ko-KR"/>
        </w:rPr>
        <w:t>(2010년~2011년)</w:t>
      </w:r>
    </w:p>
    <w:p w14:paraId="1AA032F5" w14:textId="5D66B1B2" w:rsidR="004B7A41" w:rsidRPr="004B7A41" w:rsidRDefault="004B7A41" w:rsidP="00AB3B68">
      <w:pPr>
        <w:spacing w:after="40"/>
        <w:ind w:left="227" w:hanging="170"/>
        <w:rPr>
          <w:rFonts w:eastAsia="맑은 고딕" w:hint="eastAsia"/>
          <w:sz w:val="18"/>
          <w:szCs w:val="18"/>
          <w:lang w:eastAsia="ko-KR"/>
        </w:rPr>
      </w:pPr>
      <w:r w:rsidRPr="004B7A41">
        <w:rPr>
          <w:rFonts w:eastAsia="맑은 고딕"/>
          <w:sz w:val="18"/>
          <w:szCs w:val="18"/>
          <w:lang w:eastAsia="ko-KR"/>
        </w:rPr>
        <w:t>•</w:t>
      </w:r>
      <w:r w:rsidRPr="004B7A41">
        <w:rPr>
          <w:rFonts w:eastAsia="맑은 고딕" w:hint="eastAsia"/>
          <w:sz w:val="18"/>
          <w:szCs w:val="18"/>
          <w:lang w:eastAsia="ko-KR"/>
        </w:rPr>
        <w:t xml:space="preserve"> </w:t>
      </w:r>
      <w:r w:rsidRPr="004B7A41">
        <w:rPr>
          <w:rFonts w:eastAsia="맑은 고딕" w:cs="맑은 고딕" w:hint="eastAsia"/>
          <w:sz w:val="18"/>
          <w:szCs w:val="18"/>
          <w:lang w:eastAsia="ko-KR"/>
        </w:rPr>
        <w:t>도봉구</w:t>
      </w:r>
      <w:r w:rsidRPr="004B7A41">
        <w:rPr>
          <w:rFonts w:eastAsia="맑은 고딕" w:cs="맑은 고딕" w:hint="eastAsia"/>
          <w:sz w:val="18"/>
          <w:szCs w:val="18"/>
          <w:lang w:eastAsia="ko-KR"/>
        </w:rPr>
        <w:t xml:space="preserve"> </w:t>
      </w:r>
      <w:r w:rsidRPr="004B7A41">
        <w:rPr>
          <w:rFonts w:eastAsia="맑은 고딕" w:cs="맑은 고딕" w:hint="eastAsia"/>
          <w:sz w:val="18"/>
          <w:szCs w:val="18"/>
          <w:lang w:eastAsia="ko-KR"/>
        </w:rPr>
        <w:t>배움e 평생학습 재능기부 (일본어회화) 등록번호 539</w:t>
      </w:r>
    </w:p>
    <w:p w14:paraId="46E059AC" w14:textId="77777777" w:rsidR="00AB3B68" w:rsidRDefault="00AB3B68" w:rsidP="00AB3B68">
      <w:pPr>
        <w:spacing w:before="80" w:after="60"/>
        <w:rPr>
          <w:lang w:eastAsia="ko-KR"/>
        </w:rPr>
      </w:pPr>
      <w:r>
        <w:rPr>
          <w:b/>
          <w:sz w:val="23"/>
          <w:lang w:eastAsia="ko-KR"/>
        </w:rPr>
        <w:t>강의</w:t>
      </w:r>
      <w:r>
        <w:rPr>
          <w:b/>
          <w:sz w:val="23"/>
          <w:lang w:eastAsia="ko-KR"/>
        </w:rPr>
        <w:t xml:space="preserve"> </w:t>
      </w:r>
      <w:r>
        <w:rPr>
          <w:b/>
          <w:sz w:val="23"/>
          <w:lang w:eastAsia="ko-KR"/>
        </w:rPr>
        <w:t>대상</w:t>
      </w:r>
      <w:r>
        <w:rPr>
          <w:b/>
          <w:sz w:val="23"/>
          <w:lang w:eastAsia="ko-KR"/>
        </w:rPr>
        <w:t xml:space="preserve"> </w:t>
      </w:r>
      <w:r>
        <w:rPr>
          <w:b/>
          <w:sz w:val="23"/>
          <w:lang w:eastAsia="ko-KR"/>
        </w:rPr>
        <w:t>및</w:t>
      </w:r>
      <w:r>
        <w:rPr>
          <w:b/>
          <w:sz w:val="23"/>
          <w:lang w:eastAsia="ko-KR"/>
        </w:rPr>
        <w:t xml:space="preserve"> </w:t>
      </w:r>
      <w:r>
        <w:rPr>
          <w:b/>
          <w:sz w:val="23"/>
          <w:lang w:eastAsia="ko-KR"/>
        </w:rPr>
        <w:t>분야</w:t>
      </w:r>
    </w:p>
    <w:p w14:paraId="0E73CD98" w14:textId="3E9D4EAC" w:rsidR="004B7A41" w:rsidRDefault="00AB3B68" w:rsidP="004B7A41">
      <w:pPr>
        <w:spacing w:after="80"/>
        <w:rPr>
          <w:rFonts w:eastAsia="맑은 고딕"/>
          <w:b/>
          <w:sz w:val="23"/>
          <w:lang w:eastAsia="ko-KR"/>
        </w:rPr>
      </w:pPr>
      <w:r>
        <w:rPr>
          <w:rFonts w:eastAsia="맑은 고딕" w:cs="맑은 고딕" w:hint="eastAsia"/>
          <w:lang w:eastAsia="ko-KR"/>
        </w:rPr>
        <w:t>주민을</w:t>
      </w:r>
      <w:r>
        <w:rPr>
          <w:lang w:eastAsia="ko-KR"/>
        </w:rPr>
        <w:t xml:space="preserve"> </w:t>
      </w:r>
      <w:r>
        <w:rPr>
          <w:lang w:eastAsia="ko-KR"/>
        </w:rPr>
        <w:t>중심으로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왕초보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생활</w:t>
      </w:r>
      <w:r>
        <w:rPr>
          <w:lang w:eastAsia="ko-KR"/>
        </w:rPr>
        <w:t xml:space="preserve"> </w:t>
      </w:r>
      <w:r>
        <w:rPr>
          <w:lang w:eastAsia="ko-KR"/>
        </w:rPr>
        <w:t>일본어</w:t>
      </w:r>
      <w:r>
        <w:rPr>
          <w:lang w:eastAsia="ko-KR"/>
        </w:rPr>
        <w:t xml:space="preserve">, </w:t>
      </w:r>
      <w:r>
        <w:rPr>
          <w:lang w:eastAsia="ko-KR"/>
        </w:rPr>
        <w:t>일본여행</w:t>
      </w:r>
      <w:r>
        <w:rPr>
          <w:lang w:eastAsia="ko-KR"/>
        </w:rPr>
        <w:t xml:space="preserve"> </w:t>
      </w:r>
      <w:r>
        <w:rPr>
          <w:lang w:eastAsia="ko-KR"/>
        </w:rPr>
        <w:t>생활회화</w:t>
      </w:r>
      <w:r>
        <w:rPr>
          <w:lang w:eastAsia="ko-KR"/>
        </w:rPr>
        <w:t xml:space="preserve">, </w:t>
      </w:r>
      <w:r>
        <w:rPr>
          <w:lang w:eastAsia="ko-KR"/>
        </w:rPr>
        <w:t>여행</w:t>
      </w:r>
      <w:r>
        <w:rPr>
          <w:lang w:eastAsia="ko-KR"/>
        </w:rPr>
        <w:t xml:space="preserve"> </w:t>
      </w:r>
      <w:r>
        <w:rPr>
          <w:lang w:eastAsia="ko-KR"/>
        </w:rPr>
        <w:t>상황별</w:t>
      </w:r>
      <w:r>
        <w:rPr>
          <w:lang w:eastAsia="ko-KR"/>
        </w:rPr>
        <w:t xml:space="preserve"> </w:t>
      </w:r>
      <w:r>
        <w:rPr>
          <w:lang w:eastAsia="ko-KR"/>
        </w:rPr>
        <w:t>일본어</w:t>
      </w:r>
      <w:r>
        <w:rPr>
          <w:lang w:eastAsia="ko-KR"/>
        </w:rPr>
        <w:t xml:space="preserve">, </w:t>
      </w:r>
      <w:r>
        <w:rPr>
          <w:lang w:eastAsia="ko-KR"/>
        </w:rPr>
        <w:t>일본어와</w:t>
      </w:r>
      <w:r>
        <w:rPr>
          <w:lang w:eastAsia="ko-KR"/>
        </w:rPr>
        <w:t xml:space="preserve"> </w:t>
      </w:r>
      <w:r>
        <w:rPr>
          <w:lang w:eastAsia="ko-KR"/>
        </w:rPr>
        <w:t>함께</w:t>
      </w:r>
      <w:r>
        <w:rPr>
          <w:lang w:eastAsia="ko-KR"/>
        </w:rPr>
        <w:t xml:space="preserve"> </w:t>
      </w:r>
      <w:r>
        <w:rPr>
          <w:lang w:eastAsia="ko-KR"/>
        </w:rPr>
        <w:t>배우는</w:t>
      </w:r>
      <w:r>
        <w:rPr>
          <w:lang w:eastAsia="ko-KR"/>
        </w:rPr>
        <w:t xml:space="preserve"> </w:t>
      </w:r>
      <w:r>
        <w:rPr>
          <w:lang w:eastAsia="ko-KR"/>
        </w:rPr>
        <w:t>일본문화</w:t>
      </w:r>
      <w:r>
        <w:rPr>
          <w:lang w:eastAsia="ko-KR"/>
        </w:rPr>
        <w:t xml:space="preserve"> </w:t>
      </w:r>
      <w:r>
        <w:rPr>
          <w:lang w:eastAsia="ko-KR"/>
        </w:rPr>
        <w:t>등을</w:t>
      </w:r>
      <w:r>
        <w:rPr>
          <w:lang w:eastAsia="ko-KR"/>
        </w:rPr>
        <w:t xml:space="preserve"> </w:t>
      </w:r>
      <w:r>
        <w:rPr>
          <w:rFonts w:eastAsia="맑은 고딕" w:cs="맑은 고딕" w:hint="eastAsia"/>
          <w:lang w:eastAsia="ko-KR"/>
        </w:rPr>
        <w:t>강의</w:t>
      </w:r>
      <w:r>
        <w:rPr>
          <w:lang w:eastAsia="ko-KR"/>
        </w:rPr>
        <w:t>합니다</w:t>
      </w:r>
      <w:r>
        <w:rPr>
          <w:lang w:eastAsia="ko-KR"/>
        </w:rPr>
        <w:t>.</w:t>
      </w:r>
    </w:p>
    <w:p w14:paraId="64B06C52" w14:textId="47BBE603" w:rsidR="00AB3B68" w:rsidRDefault="00AB3B68" w:rsidP="00AB3B68">
      <w:pPr>
        <w:spacing w:before="80" w:after="60"/>
        <w:rPr>
          <w:lang w:eastAsia="ko-KR"/>
        </w:rPr>
      </w:pPr>
      <w:r>
        <w:rPr>
          <w:b/>
          <w:sz w:val="23"/>
          <w:lang w:eastAsia="ko-KR"/>
        </w:rPr>
        <w:t>강의</w:t>
      </w:r>
      <w:r>
        <w:rPr>
          <w:b/>
          <w:sz w:val="23"/>
          <w:lang w:eastAsia="ko-KR"/>
        </w:rPr>
        <w:t xml:space="preserve"> </w:t>
      </w:r>
      <w:r>
        <w:rPr>
          <w:b/>
          <w:sz w:val="23"/>
          <w:lang w:eastAsia="ko-KR"/>
        </w:rPr>
        <w:t>철학</w:t>
      </w:r>
    </w:p>
    <w:p w14:paraId="126E6181" w14:textId="28346644" w:rsidR="00AB3B68" w:rsidRDefault="00AB3B68" w:rsidP="00AB3B68">
      <w:pPr>
        <w:spacing w:after="80"/>
        <w:rPr>
          <w:lang w:eastAsia="ko-KR"/>
        </w:rPr>
      </w:pPr>
      <w:r>
        <w:rPr>
          <w:rFonts w:eastAsia="맑은 고딕" w:cs="맑은 고딕" w:hint="eastAsia"/>
          <w:lang w:eastAsia="ko-KR"/>
        </w:rPr>
        <w:t xml:space="preserve">여행과 생활을 위주로 말하고 듣기를 중점적으로 진행하며, </w:t>
      </w:r>
      <w:r>
        <w:rPr>
          <w:lang w:eastAsia="ko-KR"/>
        </w:rPr>
        <w:t>설명은</w:t>
      </w:r>
      <w:r>
        <w:rPr>
          <w:lang w:eastAsia="ko-KR"/>
        </w:rPr>
        <w:t xml:space="preserve"> </w:t>
      </w:r>
      <w:r>
        <w:rPr>
          <w:lang w:eastAsia="ko-KR"/>
        </w:rPr>
        <w:t>쉽게</w:t>
      </w:r>
      <w:r>
        <w:rPr>
          <w:lang w:eastAsia="ko-KR"/>
        </w:rPr>
        <w:t xml:space="preserve">, </w:t>
      </w:r>
      <w:r>
        <w:rPr>
          <w:lang w:eastAsia="ko-KR"/>
        </w:rPr>
        <w:t>활용은</w:t>
      </w:r>
      <w:r>
        <w:rPr>
          <w:lang w:eastAsia="ko-KR"/>
        </w:rPr>
        <w:t xml:space="preserve"> </w:t>
      </w:r>
      <w:r>
        <w:rPr>
          <w:lang w:eastAsia="ko-KR"/>
        </w:rPr>
        <w:t>즐겁게</w:t>
      </w:r>
      <w:r>
        <w:rPr>
          <w:rFonts w:eastAsia="맑은 고딕" w:hint="eastAsia"/>
          <w:lang w:eastAsia="ko-KR"/>
        </w:rPr>
        <w:t>,</w:t>
      </w:r>
      <w:r>
        <w:rPr>
          <w:lang w:eastAsia="ko-KR"/>
        </w:rPr>
        <w:t xml:space="preserve"> </w:t>
      </w:r>
      <w:r>
        <w:rPr>
          <w:lang w:eastAsia="ko-KR"/>
        </w:rPr>
        <w:t>수강생이</w:t>
      </w:r>
      <w:r>
        <w:rPr>
          <w:lang w:eastAsia="ko-KR"/>
        </w:rPr>
        <w:t xml:space="preserve"> </w:t>
      </w:r>
      <w:r>
        <w:rPr>
          <w:lang w:eastAsia="ko-KR"/>
        </w:rPr>
        <w:t>일본</w:t>
      </w:r>
      <w:r>
        <w:rPr>
          <w:rFonts w:eastAsia="맑은 고딕" w:hint="eastAsia"/>
          <w:lang w:eastAsia="ko-KR"/>
        </w:rPr>
        <w:t xml:space="preserve"> 여행시 </w:t>
      </w:r>
      <w:r>
        <w:rPr>
          <w:lang w:eastAsia="ko-KR"/>
        </w:rPr>
        <w:t>한마디라도</w:t>
      </w:r>
      <w:r>
        <w:rPr>
          <w:lang w:eastAsia="ko-KR"/>
        </w:rPr>
        <w:t xml:space="preserve"> </w:t>
      </w:r>
      <w:r>
        <w:rPr>
          <w:lang w:eastAsia="ko-KR"/>
        </w:rPr>
        <w:t>자신</w:t>
      </w:r>
      <w:r>
        <w:rPr>
          <w:lang w:eastAsia="ko-KR"/>
        </w:rPr>
        <w:t xml:space="preserve"> </w:t>
      </w:r>
      <w:r>
        <w:rPr>
          <w:lang w:eastAsia="ko-KR"/>
        </w:rPr>
        <w:t>있게</w:t>
      </w:r>
      <w:r>
        <w:rPr>
          <w:lang w:eastAsia="ko-KR"/>
        </w:rPr>
        <w:t xml:space="preserve"> </w:t>
      </w:r>
      <w:r>
        <w:rPr>
          <w:lang w:eastAsia="ko-KR"/>
        </w:rPr>
        <w:t>말할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있도록</w:t>
      </w:r>
      <w:r>
        <w:rPr>
          <w:lang w:eastAsia="ko-KR"/>
        </w:rPr>
        <w:t xml:space="preserve"> </w:t>
      </w:r>
      <w:r>
        <w:rPr>
          <w:lang w:eastAsia="ko-KR"/>
        </w:rPr>
        <w:t>반복</w:t>
      </w:r>
      <w:r>
        <w:rPr>
          <w:lang w:eastAsia="ko-KR"/>
        </w:rPr>
        <w:t>·</w:t>
      </w:r>
      <w:r>
        <w:rPr>
          <w:lang w:eastAsia="ko-KR"/>
        </w:rPr>
        <w:t>말하기</w:t>
      </w:r>
      <w:r>
        <w:rPr>
          <w:lang w:eastAsia="ko-KR"/>
        </w:rPr>
        <w:t>·</w:t>
      </w:r>
      <w:r>
        <w:rPr>
          <w:lang w:eastAsia="ko-KR"/>
        </w:rPr>
        <w:t>실생활</w:t>
      </w:r>
      <w:r>
        <w:rPr>
          <w:lang w:eastAsia="ko-KR"/>
        </w:rPr>
        <w:t xml:space="preserve"> </w:t>
      </w:r>
      <w:r>
        <w:rPr>
          <w:lang w:eastAsia="ko-KR"/>
        </w:rPr>
        <w:t>활용</w:t>
      </w:r>
      <w:r>
        <w:rPr>
          <w:lang w:eastAsia="ko-KR"/>
        </w:rPr>
        <w:t xml:space="preserve"> </w:t>
      </w:r>
      <w:r>
        <w:rPr>
          <w:lang w:eastAsia="ko-KR"/>
        </w:rPr>
        <w:t>중심으로</w:t>
      </w:r>
      <w:r>
        <w:rPr>
          <w:lang w:eastAsia="ko-KR"/>
        </w:rPr>
        <w:t xml:space="preserve"> </w:t>
      </w:r>
      <w:r>
        <w:rPr>
          <w:lang w:eastAsia="ko-KR"/>
        </w:rPr>
        <w:t>진행</w:t>
      </w:r>
      <w:r>
        <w:rPr>
          <w:rFonts w:eastAsia="맑은 고딕" w:cs="맑은 고딕" w:hint="eastAsia"/>
          <w:lang w:eastAsia="ko-KR"/>
        </w:rPr>
        <w:t xml:space="preserve">하고자 </w:t>
      </w:r>
      <w:r>
        <w:rPr>
          <w:lang w:eastAsia="ko-KR"/>
        </w:rPr>
        <w:t>합니다</w:t>
      </w:r>
      <w:r>
        <w:rPr>
          <w:lang w:eastAsia="ko-KR"/>
        </w:rPr>
        <w:t>.</w:t>
      </w:r>
    </w:p>
    <w:p w14:paraId="15FA70DF" w14:textId="2AFDF784" w:rsidR="00E36D64" w:rsidRDefault="00E36D64">
      <w:pPr>
        <w:jc w:val="center"/>
        <w:rPr>
          <w:rFonts w:eastAsia="맑은 고딕"/>
          <w:b/>
          <w:sz w:val="36"/>
          <w:lang w:eastAsia="ko-KR"/>
        </w:rPr>
      </w:pPr>
      <w:r>
        <w:rPr>
          <w:rFonts w:eastAsia="맑은 고딕" w:hint="eastAsia"/>
          <w:b/>
          <w:sz w:val="36"/>
          <w:lang w:eastAsia="ko-KR"/>
        </w:rPr>
        <w:lastRenderedPageBreak/>
        <w:t>여행 일본어</w:t>
      </w:r>
    </w:p>
    <w:p w14:paraId="3E11E8CA" w14:textId="12303150" w:rsidR="00ED3A95" w:rsidRDefault="00000000">
      <w:pPr>
        <w:jc w:val="center"/>
        <w:rPr>
          <w:lang w:eastAsia="ko-KR"/>
        </w:rPr>
      </w:pPr>
      <w:r>
        <w:rPr>
          <w:b/>
          <w:sz w:val="36"/>
          <w:lang w:eastAsia="ko-KR"/>
        </w:rPr>
        <w:t>「여행이</w:t>
      </w:r>
      <w:r>
        <w:rPr>
          <w:b/>
          <w:sz w:val="36"/>
          <w:lang w:eastAsia="ko-KR"/>
        </w:rPr>
        <w:t xml:space="preserve"> </w:t>
      </w:r>
      <w:r>
        <w:rPr>
          <w:b/>
          <w:sz w:val="36"/>
          <w:lang w:eastAsia="ko-KR"/>
        </w:rPr>
        <w:t>즐거워지는</w:t>
      </w:r>
      <w:r>
        <w:rPr>
          <w:b/>
          <w:sz w:val="36"/>
          <w:lang w:eastAsia="ko-KR"/>
        </w:rPr>
        <w:t xml:space="preserve"> </w:t>
      </w:r>
      <w:r w:rsidR="00812243">
        <w:rPr>
          <w:rFonts w:eastAsia="맑은 고딕" w:hint="eastAsia"/>
          <w:b/>
          <w:sz w:val="36"/>
          <w:lang w:eastAsia="ko-KR"/>
        </w:rPr>
        <w:t>초급</w:t>
      </w:r>
      <w:r>
        <w:rPr>
          <w:b/>
          <w:sz w:val="36"/>
          <w:lang w:eastAsia="ko-KR"/>
        </w:rPr>
        <w:t xml:space="preserve"> </w:t>
      </w:r>
      <w:r>
        <w:rPr>
          <w:b/>
          <w:sz w:val="36"/>
          <w:lang w:eastAsia="ko-KR"/>
        </w:rPr>
        <w:t>생활</w:t>
      </w:r>
      <w:r>
        <w:rPr>
          <w:b/>
          <w:sz w:val="36"/>
          <w:lang w:eastAsia="ko-KR"/>
        </w:rPr>
        <w:t xml:space="preserve"> </w:t>
      </w:r>
      <w:r>
        <w:rPr>
          <w:b/>
          <w:sz w:val="36"/>
          <w:lang w:eastAsia="ko-KR"/>
        </w:rPr>
        <w:t>일본어」</w:t>
      </w:r>
    </w:p>
    <w:p w14:paraId="501C6B7E" w14:textId="6C0D4BEE" w:rsidR="00ED3A95" w:rsidRDefault="00000000">
      <w:pPr>
        <w:jc w:val="center"/>
        <w:rPr>
          <w:lang w:eastAsia="ko-KR"/>
        </w:rPr>
      </w:pPr>
      <w:r>
        <w:rPr>
          <w:sz w:val="21"/>
          <w:lang w:eastAsia="ko-KR"/>
        </w:rPr>
        <w:t>1</w:t>
      </w:r>
      <w:r w:rsidR="00836B5D">
        <w:rPr>
          <w:rFonts w:eastAsia="맑은 고딕" w:hint="eastAsia"/>
          <w:sz w:val="21"/>
          <w:lang w:eastAsia="ko-KR"/>
        </w:rPr>
        <w:t>2</w:t>
      </w:r>
      <w:r>
        <w:rPr>
          <w:sz w:val="21"/>
          <w:lang w:eastAsia="ko-KR"/>
        </w:rPr>
        <w:t>주</w:t>
      </w:r>
      <w:r>
        <w:rPr>
          <w:sz w:val="21"/>
          <w:lang w:eastAsia="ko-KR"/>
        </w:rPr>
        <w:t xml:space="preserve"> </w:t>
      </w:r>
      <w:r>
        <w:rPr>
          <w:sz w:val="21"/>
          <w:lang w:eastAsia="ko-KR"/>
        </w:rPr>
        <w:t>교육계획</w:t>
      </w:r>
      <w:r>
        <w:rPr>
          <w:sz w:val="21"/>
          <w:lang w:eastAsia="ko-KR"/>
        </w:rPr>
        <w:t>(</w:t>
      </w:r>
      <w:r>
        <w:rPr>
          <w:sz w:val="21"/>
          <w:lang w:eastAsia="ko-KR"/>
        </w:rPr>
        <w:t>안</w:t>
      </w:r>
      <w:r>
        <w:rPr>
          <w:sz w:val="21"/>
          <w:lang w:eastAsia="ko-KR"/>
        </w:rPr>
        <w:t xml:space="preserve">) | </w:t>
      </w:r>
      <w:proofErr w:type="spellStart"/>
      <w:r>
        <w:rPr>
          <w:sz w:val="21"/>
          <w:lang w:eastAsia="ko-KR"/>
        </w:rPr>
        <w:t>왕초보</w:t>
      </w:r>
      <w:proofErr w:type="spellEnd"/>
      <w:r>
        <w:rPr>
          <w:sz w:val="21"/>
          <w:lang w:eastAsia="ko-KR"/>
        </w:rPr>
        <w:t>~</w:t>
      </w:r>
      <w:r>
        <w:rPr>
          <w:sz w:val="21"/>
          <w:lang w:eastAsia="ko-KR"/>
        </w:rPr>
        <w:t>초급</w:t>
      </w:r>
      <w:r>
        <w:rPr>
          <w:sz w:val="21"/>
          <w:lang w:eastAsia="ko-KR"/>
        </w:rPr>
        <w:t xml:space="preserve"> </w:t>
      </w:r>
      <w:r>
        <w:rPr>
          <w:sz w:val="21"/>
          <w:lang w:eastAsia="ko-KR"/>
        </w:rPr>
        <w:t>대상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701"/>
        <w:gridCol w:w="3686"/>
        <w:gridCol w:w="4211"/>
      </w:tblGrid>
      <w:tr w:rsidR="00ED3A95" w14:paraId="00851A3A" w14:textId="77777777" w:rsidTr="00791FDE">
        <w:trPr>
          <w:jc w:val="center"/>
        </w:trPr>
        <w:tc>
          <w:tcPr>
            <w:tcW w:w="704" w:type="dxa"/>
            <w:vAlign w:val="center"/>
          </w:tcPr>
          <w:p w14:paraId="6D54A001" w14:textId="7A0A5509" w:rsidR="00ED3A95" w:rsidRDefault="00000000" w:rsidP="00112967">
            <w:pPr>
              <w:jc w:val="center"/>
            </w:pPr>
            <w:r>
              <w:rPr>
                <w:b/>
                <w:sz w:val="16"/>
              </w:rPr>
              <w:t>주</w:t>
            </w:r>
            <w:r w:rsidR="00112967">
              <w:rPr>
                <w:rFonts w:eastAsia="맑은 고딕" w:hint="eastAsia"/>
                <w:b/>
                <w:sz w:val="16"/>
                <w:lang w:eastAsia="ko-KR"/>
              </w:rPr>
              <w:t xml:space="preserve"> </w:t>
            </w:r>
            <w:r>
              <w:rPr>
                <w:b/>
                <w:sz w:val="16"/>
              </w:rPr>
              <w:t>차</w:t>
            </w:r>
          </w:p>
        </w:tc>
        <w:tc>
          <w:tcPr>
            <w:tcW w:w="1701" w:type="dxa"/>
            <w:vAlign w:val="center"/>
          </w:tcPr>
          <w:p w14:paraId="628B4165" w14:textId="77777777" w:rsidR="00ED3A95" w:rsidRDefault="00000000" w:rsidP="00112967">
            <w:pPr>
              <w:ind w:firstLineChars="500" w:firstLine="803"/>
            </w:pPr>
            <w:proofErr w:type="spellStart"/>
            <w:r>
              <w:rPr>
                <w:b/>
                <w:sz w:val="16"/>
              </w:rPr>
              <w:t>주제</w:t>
            </w:r>
            <w:proofErr w:type="spellEnd"/>
          </w:p>
        </w:tc>
        <w:tc>
          <w:tcPr>
            <w:tcW w:w="3686" w:type="dxa"/>
            <w:vAlign w:val="center"/>
          </w:tcPr>
          <w:p w14:paraId="1358A36D" w14:textId="77777777" w:rsidR="00ED3A95" w:rsidRDefault="00000000" w:rsidP="00112967">
            <w:pPr>
              <w:jc w:val="center"/>
            </w:pPr>
            <w:proofErr w:type="spellStart"/>
            <w:r>
              <w:rPr>
                <w:b/>
                <w:sz w:val="16"/>
              </w:rPr>
              <w:t>학습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내용</w:t>
            </w:r>
            <w:proofErr w:type="spellEnd"/>
          </w:p>
        </w:tc>
        <w:tc>
          <w:tcPr>
            <w:tcW w:w="4211" w:type="dxa"/>
            <w:vAlign w:val="center"/>
          </w:tcPr>
          <w:p w14:paraId="4A823702" w14:textId="1F966EC7" w:rsidR="00ED3A95" w:rsidRDefault="00112967" w:rsidP="00112967">
            <w:pPr>
              <w:jc w:val="center"/>
            </w:pPr>
            <w:r>
              <w:rPr>
                <w:rFonts w:eastAsia="맑은 고딕" w:cs="맑은 고딕" w:hint="eastAsia"/>
                <w:b/>
                <w:sz w:val="16"/>
                <w:lang w:eastAsia="ko-KR"/>
              </w:rPr>
              <w:t>실습</w:t>
            </w:r>
          </w:p>
        </w:tc>
      </w:tr>
      <w:tr w:rsidR="00836B5D" w14:paraId="0F9551F2" w14:textId="77777777" w:rsidTr="00791FDE">
        <w:trPr>
          <w:jc w:val="center"/>
        </w:trPr>
        <w:tc>
          <w:tcPr>
            <w:tcW w:w="704" w:type="dxa"/>
            <w:vAlign w:val="center"/>
          </w:tcPr>
          <w:p w14:paraId="0002D1BD" w14:textId="604D56A0" w:rsidR="00836B5D" w:rsidRDefault="00836B5D" w:rsidP="00836B5D">
            <w:pPr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z w:val="16"/>
              </w:rPr>
              <w:t>주</w:t>
            </w:r>
          </w:p>
        </w:tc>
        <w:tc>
          <w:tcPr>
            <w:tcW w:w="1701" w:type="dxa"/>
            <w:vAlign w:val="center"/>
          </w:tcPr>
          <w:p w14:paraId="0734F709" w14:textId="12011710" w:rsidR="00836B5D" w:rsidRDefault="00836B5D" w:rsidP="00836B5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일본어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첫걸음</w:t>
            </w:r>
            <w:proofErr w:type="spellEnd"/>
          </w:p>
        </w:tc>
        <w:tc>
          <w:tcPr>
            <w:tcW w:w="3686" w:type="dxa"/>
            <w:vAlign w:val="center"/>
          </w:tcPr>
          <w:p w14:paraId="15F5D0AB" w14:textId="21A6FB03" w:rsidR="00836B5D" w:rsidRDefault="00836B5D" w:rsidP="00836B5D">
            <w:pPr>
              <w:rPr>
                <w:sz w:val="16"/>
                <w:lang w:eastAsia="ko-KR"/>
              </w:rPr>
            </w:pPr>
            <w:r>
              <w:rPr>
                <w:rFonts w:eastAsia="맑은 고딕" w:cs="맑은 고딕" w:hint="eastAsia"/>
                <w:sz w:val="16"/>
                <w:lang w:eastAsia="ko-KR"/>
              </w:rPr>
              <w:t>일본은 어떤</w:t>
            </w:r>
            <w:r w:rsidR="00112967">
              <w:rPr>
                <w:rFonts w:eastAsia="맑은 고딕" w:cs="맑은 고딕" w:hint="eastAsia"/>
                <w:sz w:val="16"/>
                <w:lang w:eastAsia="ko-KR"/>
              </w:rPr>
              <w:t xml:space="preserve"> </w:t>
            </w:r>
            <w:r>
              <w:rPr>
                <w:rFonts w:eastAsia="맑은 고딕" w:cs="맑은 고딕" w:hint="eastAsia"/>
                <w:sz w:val="16"/>
                <w:lang w:eastAsia="ko-KR"/>
              </w:rPr>
              <w:t>나라인가?</w:t>
            </w:r>
          </w:p>
        </w:tc>
        <w:tc>
          <w:tcPr>
            <w:tcW w:w="4211" w:type="dxa"/>
            <w:vAlign w:val="center"/>
          </w:tcPr>
          <w:p w14:paraId="1252DA81" w14:textId="5A11F068" w:rsidR="00836B5D" w:rsidRDefault="00112967" w:rsidP="00836B5D">
            <w:pPr>
              <w:rPr>
                <w:sz w:val="16"/>
                <w:lang w:eastAsia="ko-KR"/>
              </w:rPr>
            </w:pPr>
            <w:r>
              <w:rPr>
                <w:rFonts w:eastAsia="맑은 고딕" w:cs="맑은 고딕" w:hint="eastAsia"/>
                <w:sz w:val="16"/>
                <w:lang w:eastAsia="ko-KR"/>
              </w:rPr>
              <w:t>일본</w:t>
            </w:r>
            <w:r w:rsidR="003A4B76">
              <w:rPr>
                <w:rFonts w:eastAsia="맑은 고딕" w:cs="맑은 고딕" w:hint="eastAsia"/>
                <w:sz w:val="16"/>
                <w:lang w:eastAsia="ko-KR"/>
              </w:rPr>
              <w:t xml:space="preserve">어 </w:t>
            </w:r>
            <w:proofErr w:type="gramStart"/>
            <w:r w:rsidR="003A4B76">
              <w:rPr>
                <w:rFonts w:eastAsia="맑은 고딕" w:cs="맑은 고딕" w:hint="eastAsia"/>
                <w:sz w:val="16"/>
                <w:lang w:eastAsia="ko-KR"/>
              </w:rPr>
              <w:t>첫걸음 /</w:t>
            </w:r>
            <w:proofErr w:type="gramEnd"/>
            <w:r>
              <w:rPr>
                <w:rFonts w:eastAsia="맑은 고딕" w:cs="맑은 고딕" w:hint="eastAsia"/>
                <w:sz w:val="16"/>
                <w:lang w:eastAsia="ko-KR"/>
              </w:rPr>
              <w:t xml:space="preserve"> </w:t>
            </w:r>
            <w:r w:rsidR="003A4B76">
              <w:rPr>
                <w:rFonts w:eastAsia="맑은 고딕" w:cs="맑은 고딕" w:hint="eastAsia"/>
                <w:sz w:val="16"/>
                <w:lang w:eastAsia="ko-KR"/>
              </w:rPr>
              <w:t xml:space="preserve">일본 </w:t>
            </w:r>
            <w:proofErr w:type="gramStart"/>
            <w:r w:rsidR="003A4B76">
              <w:rPr>
                <w:rFonts w:eastAsia="맑은 고딕" w:cs="맑은 고딕" w:hint="eastAsia"/>
                <w:sz w:val="16"/>
                <w:lang w:eastAsia="ko-KR"/>
              </w:rPr>
              <w:t>이야기 /</w:t>
            </w:r>
            <w:proofErr w:type="gramEnd"/>
            <w:r w:rsidR="003A4B76">
              <w:rPr>
                <w:rFonts w:eastAsia="맑은 고딕" w:cs="맑은 고딕" w:hint="eastAsia"/>
                <w:sz w:val="16"/>
                <w:lang w:eastAsia="ko-KR"/>
              </w:rPr>
              <w:t xml:space="preserve"> 인사하기</w:t>
            </w:r>
          </w:p>
        </w:tc>
      </w:tr>
      <w:tr w:rsidR="00836B5D" w14:paraId="26E365A1" w14:textId="77777777" w:rsidTr="00791FDE">
        <w:trPr>
          <w:jc w:val="center"/>
        </w:trPr>
        <w:tc>
          <w:tcPr>
            <w:tcW w:w="704" w:type="dxa"/>
            <w:vAlign w:val="center"/>
          </w:tcPr>
          <w:p w14:paraId="0D4BD606" w14:textId="4915DB36" w:rsidR="00836B5D" w:rsidRDefault="00836B5D" w:rsidP="00836B5D">
            <w:r>
              <w:rPr>
                <w:sz w:val="16"/>
              </w:rPr>
              <w:t>2</w:t>
            </w:r>
            <w:r>
              <w:rPr>
                <w:sz w:val="16"/>
              </w:rPr>
              <w:t>주</w:t>
            </w:r>
          </w:p>
        </w:tc>
        <w:tc>
          <w:tcPr>
            <w:tcW w:w="1701" w:type="dxa"/>
            <w:vAlign w:val="center"/>
          </w:tcPr>
          <w:p w14:paraId="315E6B70" w14:textId="2E1476F3" w:rsidR="00836B5D" w:rsidRDefault="00836B5D" w:rsidP="00836B5D">
            <w:proofErr w:type="spellStart"/>
            <w:r>
              <w:rPr>
                <w:sz w:val="16"/>
              </w:rPr>
              <w:t>일본어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rFonts w:eastAsia="맑은 고딕" w:cs="맑은 고딕" w:hint="eastAsia"/>
                <w:sz w:val="16"/>
                <w:lang w:eastAsia="ko-KR"/>
              </w:rPr>
              <w:t>인삿말</w:t>
            </w:r>
            <w:proofErr w:type="spellEnd"/>
          </w:p>
        </w:tc>
        <w:tc>
          <w:tcPr>
            <w:tcW w:w="3686" w:type="dxa"/>
            <w:vAlign w:val="center"/>
          </w:tcPr>
          <w:p w14:paraId="0E4C8311" w14:textId="41003704" w:rsidR="00836B5D" w:rsidRPr="00836B5D" w:rsidRDefault="00836B5D" w:rsidP="00836B5D">
            <w:pPr>
              <w:rPr>
                <w:rFonts w:eastAsia="맑은 고딕"/>
                <w:lang w:eastAsia="ko-KR"/>
              </w:rPr>
            </w:pPr>
            <w:r>
              <w:rPr>
                <w:sz w:val="16"/>
                <w:lang w:eastAsia="ko-KR"/>
              </w:rPr>
              <w:t>인사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자기소개</w:t>
            </w:r>
          </w:p>
        </w:tc>
        <w:tc>
          <w:tcPr>
            <w:tcW w:w="4211" w:type="dxa"/>
            <w:vAlign w:val="center"/>
          </w:tcPr>
          <w:p w14:paraId="284CD711" w14:textId="5D26FA58" w:rsidR="00836B5D" w:rsidRDefault="00836B5D" w:rsidP="00836B5D">
            <w:pPr>
              <w:rPr>
                <w:lang w:eastAsia="ko-KR"/>
              </w:rPr>
            </w:pPr>
            <w:r>
              <w:rPr>
                <w:sz w:val="16"/>
                <w:lang w:eastAsia="ko-KR"/>
              </w:rPr>
              <w:t>처음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rFonts w:eastAsia="맑은 고딕" w:cs="맑은 고딕" w:hint="eastAsia"/>
                <w:sz w:val="16"/>
                <w:lang w:eastAsia="ko-KR"/>
              </w:rPr>
              <w:t>인</w:t>
            </w:r>
            <w:r w:rsidR="00112967">
              <w:rPr>
                <w:rFonts w:eastAsia="맑은 고딕" w:cs="맑은 고딕" w:hint="eastAsia"/>
                <w:sz w:val="16"/>
                <w:lang w:eastAsia="ko-KR"/>
              </w:rPr>
              <w:t>사하기</w:t>
            </w:r>
          </w:p>
        </w:tc>
      </w:tr>
      <w:tr w:rsidR="00836B5D" w14:paraId="7E940458" w14:textId="77777777" w:rsidTr="00791FDE">
        <w:trPr>
          <w:jc w:val="center"/>
        </w:trPr>
        <w:tc>
          <w:tcPr>
            <w:tcW w:w="704" w:type="dxa"/>
            <w:vAlign w:val="center"/>
          </w:tcPr>
          <w:p w14:paraId="7CBEA764" w14:textId="233BCE84" w:rsidR="00836B5D" w:rsidRDefault="00836B5D" w:rsidP="00836B5D">
            <w:r>
              <w:rPr>
                <w:sz w:val="16"/>
              </w:rPr>
              <w:t>3</w:t>
            </w:r>
            <w:r>
              <w:rPr>
                <w:sz w:val="16"/>
              </w:rPr>
              <w:t>주</w:t>
            </w:r>
          </w:p>
        </w:tc>
        <w:tc>
          <w:tcPr>
            <w:tcW w:w="1701" w:type="dxa"/>
            <w:vAlign w:val="center"/>
          </w:tcPr>
          <w:p w14:paraId="39289DFA" w14:textId="587CE9C9" w:rsidR="00836B5D" w:rsidRDefault="00836B5D" w:rsidP="00836B5D">
            <w:proofErr w:type="spellStart"/>
            <w:r>
              <w:rPr>
                <w:sz w:val="16"/>
              </w:rPr>
              <w:t>숫자와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시간</w:t>
            </w:r>
            <w:proofErr w:type="spellEnd"/>
          </w:p>
        </w:tc>
        <w:tc>
          <w:tcPr>
            <w:tcW w:w="3686" w:type="dxa"/>
            <w:vAlign w:val="center"/>
          </w:tcPr>
          <w:p w14:paraId="66415E9A" w14:textId="404B68BF" w:rsidR="00836B5D" w:rsidRPr="00112967" w:rsidRDefault="00836B5D" w:rsidP="00836B5D">
            <w:pPr>
              <w:rPr>
                <w:rFonts w:eastAsia="맑은 고딕"/>
                <w:lang w:eastAsia="ko-KR"/>
              </w:rPr>
            </w:pPr>
            <w:r>
              <w:rPr>
                <w:sz w:val="16"/>
                <w:lang w:eastAsia="ko-KR"/>
              </w:rPr>
              <w:t>숫자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날짜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요일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시간</w:t>
            </w:r>
          </w:p>
        </w:tc>
        <w:tc>
          <w:tcPr>
            <w:tcW w:w="4211" w:type="dxa"/>
            <w:vAlign w:val="center"/>
          </w:tcPr>
          <w:p w14:paraId="74D73187" w14:textId="636FB591" w:rsidR="00836B5D" w:rsidRDefault="00836B5D" w:rsidP="00836B5D">
            <w:proofErr w:type="spellStart"/>
            <w:r>
              <w:rPr>
                <w:sz w:val="16"/>
              </w:rPr>
              <w:t>시간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묻고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답하기</w:t>
            </w:r>
            <w:proofErr w:type="spellEnd"/>
          </w:p>
        </w:tc>
      </w:tr>
      <w:tr w:rsidR="00836B5D" w14:paraId="31752B95" w14:textId="77777777" w:rsidTr="00791FDE">
        <w:trPr>
          <w:jc w:val="center"/>
        </w:trPr>
        <w:tc>
          <w:tcPr>
            <w:tcW w:w="704" w:type="dxa"/>
            <w:vAlign w:val="center"/>
          </w:tcPr>
          <w:p w14:paraId="0F77B15D" w14:textId="3611C1FE" w:rsidR="00836B5D" w:rsidRDefault="00836B5D" w:rsidP="00836B5D">
            <w:r>
              <w:rPr>
                <w:sz w:val="16"/>
              </w:rPr>
              <w:t>4</w:t>
            </w:r>
            <w:r>
              <w:rPr>
                <w:sz w:val="16"/>
              </w:rPr>
              <w:t>주</w:t>
            </w:r>
          </w:p>
        </w:tc>
        <w:tc>
          <w:tcPr>
            <w:tcW w:w="1701" w:type="dxa"/>
            <w:vAlign w:val="center"/>
          </w:tcPr>
          <w:p w14:paraId="7DDBE6F7" w14:textId="4F95671F" w:rsidR="00836B5D" w:rsidRDefault="00836B5D" w:rsidP="00836B5D">
            <w:proofErr w:type="spellStart"/>
            <w:r>
              <w:rPr>
                <w:sz w:val="16"/>
              </w:rPr>
              <w:t>식당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일본어</w:t>
            </w:r>
            <w:proofErr w:type="spellEnd"/>
          </w:p>
        </w:tc>
        <w:tc>
          <w:tcPr>
            <w:tcW w:w="3686" w:type="dxa"/>
            <w:vAlign w:val="center"/>
          </w:tcPr>
          <w:p w14:paraId="78389C0C" w14:textId="27FE4E7D" w:rsidR="00836B5D" w:rsidRPr="00112967" w:rsidRDefault="00836B5D" w:rsidP="00836B5D">
            <w:pPr>
              <w:rPr>
                <w:rFonts w:eastAsia="맑은 고딕"/>
                <w:lang w:eastAsia="ko-KR"/>
              </w:rPr>
            </w:pPr>
            <w:r>
              <w:rPr>
                <w:sz w:val="16"/>
                <w:lang w:eastAsia="ko-KR"/>
              </w:rPr>
              <w:t>메뉴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주문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수량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계산</w:t>
            </w:r>
          </w:p>
        </w:tc>
        <w:tc>
          <w:tcPr>
            <w:tcW w:w="4211" w:type="dxa"/>
            <w:vAlign w:val="center"/>
          </w:tcPr>
          <w:p w14:paraId="2EC75E30" w14:textId="2E5659D2" w:rsidR="00836B5D" w:rsidRDefault="00836B5D" w:rsidP="00836B5D">
            <w:proofErr w:type="spellStart"/>
            <w:r>
              <w:rPr>
                <w:sz w:val="16"/>
              </w:rPr>
              <w:t>식당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역할극</w:t>
            </w:r>
            <w:proofErr w:type="spellEnd"/>
          </w:p>
        </w:tc>
      </w:tr>
      <w:tr w:rsidR="00836B5D" w14:paraId="2C3744BD" w14:textId="77777777" w:rsidTr="00791FDE">
        <w:trPr>
          <w:jc w:val="center"/>
        </w:trPr>
        <w:tc>
          <w:tcPr>
            <w:tcW w:w="704" w:type="dxa"/>
            <w:vAlign w:val="center"/>
          </w:tcPr>
          <w:p w14:paraId="7715CC4A" w14:textId="7FAE80B6" w:rsidR="00836B5D" w:rsidRDefault="00836B5D" w:rsidP="00836B5D">
            <w:r>
              <w:rPr>
                <w:sz w:val="16"/>
              </w:rPr>
              <w:t>5</w:t>
            </w:r>
            <w:r>
              <w:rPr>
                <w:sz w:val="16"/>
              </w:rPr>
              <w:t>주</w:t>
            </w:r>
          </w:p>
        </w:tc>
        <w:tc>
          <w:tcPr>
            <w:tcW w:w="1701" w:type="dxa"/>
            <w:vAlign w:val="center"/>
          </w:tcPr>
          <w:p w14:paraId="1A4B38EF" w14:textId="41C0A6D4" w:rsidR="00836B5D" w:rsidRDefault="00836B5D" w:rsidP="00836B5D">
            <w:proofErr w:type="spellStart"/>
            <w:r>
              <w:rPr>
                <w:sz w:val="16"/>
              </w:rPr>
              <w:t>호텔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일본어</w:t>
            </w:r>
            <w:proofErr w:type="spellEnd"/>
          </w:p>
        </w:tc>
        <w:tc>
          <w:tcPr>
            <w:tcW w:w="3686" w:type="dxa"/>
            <w:vAlign w:val="center"/>
          </w:tcPr>
          <w:p w14:paraId="52D3DAA7" w14:textId="6215E8DA" w:rsidR="00836B5D" w:rsidRPr="00112967" w:rsidRDefault="00112967" w:rsidP="00836B5D">
            <w:pPr>
              <w:rPr>
                <w:rFonts w:eastAsia="맑은 고딕"/>
                <w:lang w:eastAsia="ko-KR"/>
              </w:rPr>
            </w:pPr>
            <w:r>
              <w:rPr>
                <w:rFonts w:eastAsia="맑은 고딕" w:cs="맑은 고딕" w:hint="eastAsia"/>
                <w:sz w:val="16"/>
                <w:lang w:eastAsia="ko-KR"/>
              </w:rPr>
              <w:t xml:space="preserve">숙소 </w:t>
            </w:r>
            <w:r w:rsidR="00836B5D">
              <w:rPr>
                <w:sz w:val="16"/>
                <w:lang w:eastAsia="ko-KR"/>
              </w:rPr>
              <w:t>체크인</w:t>
            </w:r>
            <w:r w:rsidR="00836B5D">
              <w:rPr>
                <w:sz w:val="16"/>
                <w:lang w:eastAsia="ko-KR"/>
              </w:rPr>
              <w:t>·</w:t>
            </w:r>
            <w:r w:rsidR="00836B5D">
              <w:rPr>
                <w:sz w:val="16"/>
                <w:lang w:eastAsia="ko-KR"/>
              </w:rPr>
              <w:t>문제</w:t>
            </w:r>
            <w:r w:rsidR="00836B5D">
              <w:rPr>
                <w:sz w:val="16"/>
                <w:lang w:eastAsia="ko-KR"/>
              </w:rPr>
              <w:t xml:space="preserve"> </w:t>
            </w:r>
            <w:r w:rsidR="00836B5D">
              <w:rPr>
                <w:sz w:val="16"/>
                <w:lang w:eastAsia="ko-KR"/>
              </w:rPr>
              <w:t>상황</w:t>
            </w:r>
          </w:p>
        </w:tc>
        <w:tc>
          <w:tcPr>
            <w:tcW w:w="4211" w:type="dxa"/>
            <w:vAlign w:val="center"/>
          </w:tcPr>
          <w:p w14:paraId="24780A7E" w14:textId="4F007B39" w:rsidR="00836B5D" w:rsidRDefault="00836B5D" w:rsidP="00836B5D">
            <w:proofErr w:type="spellStart"/>
            <w:r>
              <w:rPr>
                <w:sz w:val="16"/>
              </w:rPr>
              <w:t>호텔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프런트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역할극</w:t>
            </w:r>
            <w:proofErr w:type="spellEnd"/>
          </w:p>
        </w:tc>
      </w:tr>
      <w:tr w:rsidR="00836B5D" w14:paraId="0E74266B" w14:textId="77777777" w:rsidTr="00791FDE">
        <w:trPr>
          <w:jc w:val="center"/>
        </w:trPr>
        <w:tc>
          <w:tcPr>
            <w:tcW w:w="704" w:type="dxa"/>
            <w:vAlign w:val="center"/>
          </w:tcPr>
          <w:p w14:paraId="5F54CCA4" w14:textId="73DC3BFC" w:rsidR="00836B5D" w:rsidRDefault="00836B5D" w:rsidP="00836B5D">
            <w:r>
              <w:rPr>
                <w:sz w:val="16"/>
              </w:rPr>
              <w:t>6</w:t>
            </w:r>
            <w:r>
              <w:rPr>
                <w:sz w:val="16"/>
              </w:rPr>
              <w:t>주</w:t>
            </w:r>
          </w:p>
        </w:tc>
        <w:tc>
          <w:tcPr>
            <w:tcW w:w="1701" w:type="dxa"/>
            <w:vAlign w:val="center"/>
          </w:tcPr>
          <w:p w14:paraId="533BA271" w14:textId="6084066F" w:rsidR="00836B5D" w:rsidRDefault="00836B5D" w:rsidP="00836B5D">
            <w:proofErr w:type="spellStart"/>
            <w:r>
              <w:rPr>
                <w:sz w:val="16"/>
              </w:rPr>
              <w:t>교통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일본어</w:t>
            </w:r>
            <w:proofErr w:type="spellEnd"/>
          </w:p>
        </w:tc>
        <w:tc>
          <w:tcPr>
            <w:tcW w:w="3686" w:type="dxa"/>
            <w:vAlign w:val="center"/>
          </w:tcPr>
          <w:p w14:paraId="31D3B459" w14:textId="7D92CC0F" w:rsidR="00836B5D" w:rsidRPr="00112967" w:rsidRDefault="00836B5D" w:rsidP="00836B5D">
            <w:pPr>
              <w:rPr>
                <w:rFonts w:eastAsia="맑은 고딕"/>
                <w:lang w:eastAsia="ko-KR"/>
              </w:rPr>
            </w:pPr>
            <w:r>
              <w:rPr>
                <w:sz w:val="16"/>
                <w:lang w:eastAsia="ko-KR"/>
              </w:rPr>
              <w:t>역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전철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버스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길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묻기</w:t>
            </w:r>
          </w:p>
        </w:tc>
        <w:tc>
          <w:tcPr>
            <w:tcW w:w="4211" w:type="dxa"/>
            <w:vAlign w:val="center"/>
          </w:tcPr>
          <w:p w14:paraId="21BA985F" w14:textId="00D8EFBD" w:rsidR="00836B5D" w:rsidRDefault="00836B5D" w:rsidP="00836B5D">
            <w:proofErr w:type="spellStart"/>
            <w:r>
              <w:rPr>
                <w:sz w:val="16"/>
              </w:rPr>
              <w:t>목적지</w:t>
            </w:r>
            <w:proofErr w:type="spellEnd"/>
            <w:r>
              <w:rPr>
                <w:sz w:val="16"/>
              </w:rPr>
              <w:t xml:space="preserve"> </w:t>
            </w:r>
            <w:r w:rsidR="00C13170">
              <w:rPr>
                <w:rFonts w:eastAsia="맑은 고딕" w:cs="맑은 고딕" w:hint="eastAsia"/>
                <w:sz w:val="16"/>
                <w:lang w:eastAsia="ko-KR"/>
              </w:rPr>
              <w:t xml:space="preserve">등 길 물어보기 </w:t>
            </w:r>
          </w:p>
        </w:tc>
      </w:tr>
      <w:tr w:rsidR="00836B5D" w14:paraId="06D54932" w14:textId="77777777" w:rsidTr="00791FDE">
        <w:trPr>
          <w:jc w:val="center"/>
        </w:trPr>
        <w:tc>
          <w:tcPr>
            <w:tcW w:w="704" w:type="dxa"/>
            <w:vAlign w:val="center"/>
          </w:tcPr>
          <w:p w14:paraId="18F2894D" w14:textId="3A6C31C4" w:rsidR="00836B5D" w:rsidRDefault="00836B5D" w:rsidP="00836B5D">
            <w:r>
              <w:rPr>
                <w:sz w:val="16"/>
              </w:rPr>
              <w:t>7</w:t>
            </w:r>
            <w:r>
              <w:rPr>
                <w:sz w:val="16"/>
              </w:rPr>
              <w:t>주</w:t>
            </w:r>
          </w:p>
        </w:tc>
        <w:tc>
          <w:tcPr>
            <w:tcW w:w="1701" w:type="dxa"/>
            <w:vAlign w:val="center"/>
          </w:tcPr>
          <w:p w14:paraId="2B8A0BD1" w14:textId="534029D9" w:rsidR="00836B5D" w:rsidRDefault="00836B5D" w:rsidP="00836B5D">
            <w:proofErr w:type="spellStart"/>
            <w:r>
              <w:rPr>
                <w:sz w:val="16"/>
              </w:rPr>
              <w:t>쇼핑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일본어</w:t>
            </w:r>
            <w:proofErr w:type="spellEnd"/>
          </w:p>
        </w:tc>
        <w:tc>
          <w:tcPr>
            <w:tcW w:w="3686" w:type="dxa"/>
            <w:vAlign w:val="center"/>
          </w:tcPr>
          <w:p w14:paraId="69F41748" w14:textId="03AB45A0" w:rsidR="00836B5D" w:rsidRPr="00112967" w:rsidRDefault="00836B5D" w:rsidP="00836B5D">
            <w:pPr>
              <w:rPr>
                <w:rFonts w:eastAsia="맑은 고딕"/>
                <w:lang w:eastAsia="ko-KR"/>
              </w:rPr>
            </w:pPr>
            <w:r>
              <w:rPr>
                <w:sz w:val="16"/>
                <w:lang w:eastAsia="ko-KR"/>
              </w:rPr>
              <w:t>가격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사이즈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색상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결제</w:t>
            </w:r>
          </w:p>
        </w:tc>
        <w:tc>
          <w:tcPr>
            <w:tcW w:w="4211" w:type="dxa"/>
            <w:vAlign w:val="center"/>
          </w:tcPr>
          <w:p w14:paraId="542E1480" w14:textId="0D3D20FE" w:rsidR="00836B5D" w:rsidRDefault="00836B5D" w:rsidP="00836B5D">
            <w:proofErr w:type="spellStart"/>
            <w:r>
              <w:rPr>
                <w:sz w:val="16"/>
              </w:rPr>
              <w:t>상점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역할극</w:t>
            </w:r>
            <w:proofErr w:type="spellEnd"/>
          </w:p>
        </w:tc>
      </w:tr>
      <w:tr w:rsidR="00836B5D" w14:paraId="6E3E8B79" w14:textId="77777777" w:rsidTr="00791FDE">
        <w:trPr>
          <w:jc w:val="center"/>
        </w:trPr>
        <w:tc>
          <w:tcPr>
            <w:tcW w:w="704" w:type="dxa"/>
            <w:vAlign w:val="center"/>
          </w:tcPr>
          <w:p w14:paraId="3F65BCB6" w14:textId="01EF8614" w:rsidR="00836B5D" w:rsidRDefault="00836B5D" w:rsidP="00836B5D">
            <w:r>
              <w:rPr>
                <w:sz w:val="16"/>
              </w:rPr>
              <w:t>8</w:t>
            </w:r>
            <w:r>
              <w:rPr>
                <w:sz w:val="16"/>
              </w:rPr>
              <w:t>주</w:t>
            </w:r>
          </w:p>
        </w:tc>
        <w:tc>
          <w:tcPr>
            <w:tcW w:w="1701" w:type="dxa"/>
            <w:vAlign w:val="center"/>
          </w:tcPr>
          <w:p w14:paraId="3D0558C6" w14:textId="7D2755E2" w:rsidR="00836B5D" w:rsidRDefault="00836B5D" w:rsidP="00836B5D">
            <w:proofErr w:type="spellStart"/>
            <w:r>
              <w:rPr>
                <w:sz w:val="16"/>
              </w:rPr>
              <w:t>관광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일본어</w:t>
            </w:r>
            <w:proofErr w:type="spellEnd"/>
          </w:p>
        </w:tc>
        <w:tc>
          <w:tcPr>
            <w:tcW w:w="3686" w:type="dxa"/>
            <w:vAlign w:val="center"/>
          </w:tcPr>
          <w:p w14:paraId="112B88C9" w14:textId="5C9ACD6F" w:rsidR="00836B5D" w:rsidRPr="00112967" w:rsidRDefault="00836B5D" w:rsidP="00836B5D">
            <w:pPr>
              <w:rPr>
                <w:rFonts w:eastAsia="맑은 고딕"/>
                <w:lang w:eastAsia="ko-KR"/>
              </w:rPr>
            </w:pPr>
            <w:r>
              <w:rPr>
                <w:sz w:val="16"/>
                <w:lang w:eastAsia="ko-KR"/>
              </w:rPr>
              <w:t>사진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입장권</w:t>
            </w:r>
            <w:r>
              <w:rPr>
                <w:sz w:val="16"/>
                <w:lang w:eastAsia="ko-KR"/>
              </w:rPr>
              <w:t>·</w:t>
            </w:r>
            <w:r>
              <w:rPr>
                <w:sz w:val="16"/>
                <w:lang w:eastAsia="ko-KR"/>
              </w:rPr>
              <w:t>관광지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표현</w:t>
            </w:r>
          </w:p>
        </w:tc>
        <w:tc>
          <w:tcPr>
            <w:tcW w:w="4211" w:type="dxa"/>
            <w:vAlign w:val="center"/>
          </w:tcPr>
          <w:p w14:paraId="4E2B4D3A" w14:textId="29C418EE" w:rsidR="00836B5D" w:rsidRDefault="00836B5D" w:rsidP="00836B5D">
            <w:proofErr w:type="spellStart"/>
            <w:r>
              <w:rPr>
                <w:sz w:val="16"/>
              </w:rPr>
              <w:t>관광지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상황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연습</w:t>
            </w:r>
            <w:proofErr w:type="spellEnd"/>
          </w:p>
        </w:tc>
      </w:tr>
      <w:tr w:rsidR="00836B5D" w14:paraId="29644F5B" w14:textId="77777777" w:rsidTr="00791FDE">
        <w:trPr>
          <w:jc w:val="center"/>
        </w:trPr>
        <w:tc>
          <w:tcPr>
            <w:tcW w:w="704" w:type="dxa"/>
            <w:vAlign w:val="center"/>
          </w:tcPr>
          <w:p w14:paraId="7079A640" w14:textId="209FB8FE" w:rsidR="00836B5D" w:rsidRDefault="00836B5D" w:rsidP="00836B5D">
            <w:r>
              <w:rPr>
                <w:sz w:val="16"/>
              </w:rPr>
              <w:t>9</w:t>
            </w:r>
            <w:r>
              <w:rPr>
                <w:sz w:val="16"/>
              </w:rPr>
              <w:t>주</w:t>
            </w:r>
          </w:p>
        </w:tc>
        <w:tc>
          <w:tcPr>
            <w:tcW w:w="1701" w:type="dxa"/>
            <w:vAlign w:val="center"/>
          </w:tcPr>
          <w:p w14:paraId="05EBEADA" w14:textId="62FD18B5" w:rsidR="00836B5D" w:rsidRDefault="00836B5D" w:rsidP="00836B5D">
            <w:proofErr w:type="spellStart"/>
            <w:r>
              <w:rPr>
                <w:sz w:val="16"/>
              </w:rPr>
              <w:t>동사와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기본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문법</w:t>
            </w:r>
            <w:proofErr w:type="spellEnd"/>
          </w:p>
        </w:tc>
        <w:tc>
          <w:tcPr>
            <w:tcW w:w="3686" w:type="dxa"/>
            <w:vAlign w:val="center"/>
          </w:tcPr>
          <w:p w14:paraId="469D5B93" w14:textId="0E7AE03B" w:rsidR="00836B5D" w:rsidRPr="00112967" w:rsidRDefault="00836B5D" w:rsidP="00836B5D">
            <w:pPr>
              <w:rPr>
                <w:rFonts w:eastAsia="맑은 고딕"/>
                <w:lang w:eastAsia="ja-JP"/>
              </w:rPr>
            </w:pPr>
            <w:r>
              <w:rPr>
                <w:sz w:val="16"/>
                <w:lang w:eastAsia="ja-JP"/>
              </w:rPr>
              <w:t>ます</w:t>
            </w:r>
            <w:r>
              <w:rPr>
                <w:sz w:val="16"/>
                <w:lang w:eastAsia="ja-JP"/>
              </w:rPr>
              <w:t>·</w:t>
            </w:r>
            <w:r>
              <w:rPr>
                <w:sz w:val="16"/>
                <w:lang w:eastAsia="ja-JP"/>
              </w:rPr>
              <w:t>ません</w:t>
            </w:r>
            <w:r>
              <w:rPr>
                <w:sz w:val="16"/>
                <w:lang w:eastAsia="ja-JP"/>
              </w:rPr>
              <w:t>·</w:t>
            </w:r>
            <w:r>
              <w:rPr>
                <w:sz w:val="16"/>
                <w:lang w:eastAsia="ja-JP"/>
              </w:rPr>
              <w:t>ました</w:t>
            </w:r>
            <w:r>
              <w:rPr>
                <w:sz w:val="16"/>
                <w:lang w:eastAsia="ja-JP"/>
              </w:rPr>
              <w:t>·</w:t>
            </w:r>
            <w:r>
              <w:rPr>
                <w:sz w:val="16"/>
                <w:lang w:eastAsia="ja-JP"/>
              </w:rPr>
              <w:t>ませんでした</w:t>
            </w:r>
            <w:r>
              <w:rPr>
                <w:sz w:val="16"/>
                <w:lang w:eastAsia="ja-JP"/>
              </w:rPr>
              <w:t xml:space="preserve"> </w:t>
            </w:r>
            <w:r>
              <w:rPr>
                <w:sz w:val="16"/>
              </w:rPr>
              <w:t>등</w:t>
            </w:r>
            <w:r w:rsidR="00112967">
              <w:rPr>
                <w:rFonts w:eastAsia="맑은 고딕" w:hint="eastAsia"/>
                <w:sz w:val="16"/>
                <w:lang w:eastAsia="ja-JP"/>
              </w:rPr>
              <w:t xml:space="preserve"> </w:t>
            </w:r>
          </w:p>
        </w:tc>
        <w:tc>
          <w:tcPr>
            <w:tcW w:w="4211" w:type="dxa"/>
            <w:vAlign w:val="center"/>
          </w:tcPr>
          <w:p w14:paraId="1DCF00F4" w14:textId="65FA4444" w:rsidR="00836B5D" w:rsidRDefault="00836B5D" w:rsidP="00836B5D">
            <w:pPr>
              <w:rPr>
                <w:lang w:eastAsia="ko-KR"/>
              </w:rPr>
            </w:pPr>
            <w:proofErr w:type="spellStart"/>
            <w:r>
              <w:rPr>
                <w:sz w:val="16"/>
              </w:rPr>
              <w:t>문법을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회화로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전환</w:t>
            </w:r>
            <w:proofErr w:type="spellEnd"/>
          </w:p>
        </w:tc>
      </w:tr>
      <w:tr w:rsidR="00836B5D" w14:paraId="278440D2" w14:textId="77777777" w:rsidTr="00791FDE">
        <w:trPr>
          <w:jc w:val="center"/>
        </w:trPr>
        <w:tc>
          <w:tcPr>
            <w:tcW w:w="704" w:type="dxa"/>
            <w:vAlign w:val="center"/>
          </w:tcPr>
          <w:p w14:paraId="0845312D" w14:textId="2A78FBE2" w:rsidR="00836B5D" w:rsidRDefault="00836B5D" w:rsidP="00836B5D">
            <w:r>
              <w:rPr>
                <w:sz w:val="16"/>
              </w:rPr>
              <w:t>10</w:t>
            </w:r>
            <w:r>
              <w:rPr>
                <w:sz w:val="16"/>
              </w:rPr>
              <w:t>주</w:t>
            </w:r>
          </w:p>
        </w:tc>
        <w:tc>
          <w:tcPr>
            <w:tcW w:w="1701" w:type="dxa"/>
            <w:vAlign w:val="center"/>
          </w:tcPr>
          <w:p w14:paraId="617C3A07" w14:textId="4D19C0CA" w:rsidR="00836B5D" w:rsidRDefault="00836B5D" w:rsidP="00836B5D">
            <w:proofErr w:type="spellStart"/>
            <w:r>
              <w:rPr>
                <w:sz w:val="16"/>
              </w:rPr>
              <w:t>일본여행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종합회화</w:t>
            </w:r>
            <w:proofErr w:type="spellEnd"/>
          </w:p>
        </w:tc>
        <w:tc>
          <w:tcPr>
            <w:tcW w:w="3686" w:type="dxa"/>
            <w:vAlign w:val="center"/>
          </w:tcPr>
          <w:p w14:paraId="75CAFE99" w14:textId="4B67CC24" w:rsidR="00836B5D" w:rsidRPr="00112967" w:rsidRDefault="00836B5D" w:rsidP="00836B5D">
            <w:pPr>
              <w:rPr>
                <w:rFonts w:eastAsia="맑은 고딕"/>
                <w:lang w:eastAsia="ko-KR"/>
              </w:rPr>
            </w:pPr>
            <w:r>
              <w:rPr>
                <w:sz w:val="16"/>
                <w:lang w:eastAsia="ko-KR"/>
              </w:rPr>
              <w:t>공항</w:t>
            </w:r>
            <w:r>
              <w:rPr>
                <w:sz w:val="16"/>
                <w:lang w:eastAsia="ko-KR"/>
              </w:rPr>
              <w:t>→</w:t>
            </w:r>
            <w:r>
              <w:rPr>
                <w:sz w:val="16"/>
                <w:lang w:eastAsia="ko-KR"/>
              </w:rPr>
              <w:t>교통</w:t>
            </w:r>
            <w:r>
              <w:rPr>
                <w:sz w:val="16"/>
                <w:lang w:eastAsia="ko-KR"/>
              </w:rPr>
              <w:t>→</w:t>
            </w:r>
            <w:r>
              <w:rPr>
                <w:sz w:val="16"/>
                <w:lang w:eastAsia="ko-KR"/>
              </w:rPr>
              <w:t>호텔</w:t>
            </w:r>
            <w:r>
              <w:rPr>
                <w:sz w:val="16"/>
                <w:lang w:eastAsia="ko-KR"/>
              </w:rPr>
              <w:t>→</w:t>
            </w:r>
            <w:r>
              <w:rPr>
                <w:sz w:val="16"/>
                <w:lang w:eastAsia="ko-KR"/>
              </w:rPr>
              <w:t>식당</w:t>
            </w:r>
            <w:r>
              <w:rPr>
                <w:sz w:val="16"/>
                <w:lang w:eastAsia="ko-KR"/>
              </w:rPr>
              <w:t>→</w:t>
            </w:r>
            <w:r>
              <w:rPr>
                <w:sz w:val="16"/>
                <w:lang w:eastAsia="ko-KR"/>
              </w:rPr>
              <w:t>쇼핑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연결</w:t>
            </w:r>
          </w:p>
        </w:tc>
        <w:tc>
          <w:tcPr>
            <w:tcW w:w="4211" w:type="dxa"/>
            <w:vAlign w:val="center"/>
          </w:tcPr>
          <w:p w14:paraId="07962E8B" w14:textId="2DAD2FBB" w:rsidR="00836B5D" w:rsidRDefault="00836B5D" w:rsidP="00836B5D">
            <w:pPr>
              <w:rPr>
                <w:lang w:eastAsia="ko-KR"/>
              </w:rPr>
            </w:pPr>
            <w:r>
              <w:rPr>
                <w:sz w:val="16"/>
                <w:lang w:eastAsia="ko-KR"/>
              </w:rPr>
              <w:t>미니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일본여행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시뮬레이션</w:t>
            </w:r>
          </w:p>
        </w:tc>
      </w:tr>
      <w:tr w:rsidR="00836B5D" w14:paraId="27BDDEB6" w14:textId="77777777" w:rsidTr="00791FDE">
        <w:trPr>
          <w:jc w:val="center"/>
        </w:trPr>
        <w:tc>
          <w:tcPr>
            <w:tcW w:w="704" w:type="dxa"/>
            <w:vAlign w:val="center"/>
          </w:tcPr>
          <w:p w14:paraId="17B78638" w14:textId="7A14E76B" w:rsidR="00836B5D" w:rsidRPr="00112967" w:rsidRDefault="00112967" w:rsidP="00836B5D">
            <w:pPr>
              <w:rPr>
                <w:rFonts w:eastAsia="맑은 고딕"/>
                <w:lang w:eastAsia="ko-KR"/>
              </w:rPr>
            </w:pPr>
            <w:r>
              <w:rPr>
                <w:sz w:val="16"/>
              </w:rPr>
              <w:t>1</w:t>
            </w:r>
            <w:r>
              <w:rPr>
                <w:rFonts w:eastAsia="맑은 고딕" w:hint="eastAsia"/>
                <w:sz w:val="16"/>
                <w:lang w:eastAsia="ko-KR"/>
              </w:rPr>
              <w:t>1</w:t>
            </w:r>
            <w:r>
              <w:rPr>
                <w:sz w:val="16"/>
              </w:rPr>
              <w:t>주</w:t>
            </w:r>
          </w:p>
        </w:tc>
        <w:tc>
          <w:tcPr>
            <w:tcW w:w="1701" w:type="dxa"/>
            <w:vAlign w:val="center"/>
          </w:tcPr>
          <w:p w14:paraId="76A4C238" w14:textId="2E5D666E" w:rsidR="00836B5D" w:rsidRPr="00112967" w:rsidRDefault="00836B5D" w:rsidP="00836B5D">
            <w:pPr>
              <w:rPr>
                <w:rFonts w:eastAsia="맑은 고딕"/>
                <w:lang w:eastAsia="ko-KR"/>
              </w:rPr>
            </w:pPr>
            <w:proofErr w:type="spellStart"/>
            <w:r>
              <w:rPr>
                <w:sz w:val="16"/>
              </w:rPr>
              <w:t>나의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일본</w:t>
            </w:r>
            <w:proofErr w:type="spellEnd"/>
            <w:r w:rsidR="00C13170">
              <w:rPr>
                <w:rFonts w:eastAsia="맑은 고딕" w:hint="eastAsia"/>
                <w:sz w:val="16"/>
                <w:lang w:eastAsia="ko-KR"/>
              </w:rPr>
              <w:t xml:space="preserve"> </w:t>
            </w:r>
            <w:proofErr w:type="spellStart"/>
            <w:r>
              <w:rPr>
                <w:sz w:val="16"/>
              </w:rPr>
              <w:t>여행</w:t>
            </w:r>
            <w:proofErr w:type="spellEnd"/>
          </w:p>
        </w:tc>
        <w:tc>
          <w:tcPr>
            <w:tcW w:w="3686" w:type="dxa"/>
            <w:vAlign w:val="center"/>
          </w:tcPr>
          <w:p w14:paraId="29BBE12C" w14:textId="680F4CC1" w:rsidR="00836B5D" w:rsidRPr="00112967" w:rsidRDefault="00112967" w:rsidP="00836B5D">
            <w:pPr>
              <w:rPr>
                <w:rFonts w:eastAsia="맑은 고딕"/>
                <w:lang w:eastAsia="ko-KR"/>
              </w:rPr>
            </w:pPr>
            <w:r>
              <w:rPr>
                <w:rFonts w:eastAsia="맑은 고딕" w:cs="맑은 고딕" w:hint="eastAsia"/>
                <w:sz w:val="16"/>
                <w:lang w:eastAsia="ko-KR"/>
              </w:rPr>
              <w:t>각자의 일본여행 시뮬레이션</w:t>
            </w:r>
          </w:p>
        </w:tc>
        <w:tc>
          <w:tcPr>
            <w:tcW w:w="4211" w:type="dxa"/>
            <w:vAlign w:val="center"/>
          </w:tcPr>
          <w:p w14:paraId="27BA0E28" w14:textId="5DDBB0C5" w:rsidR="00836B5D" w:rsidRDefault="00836B5D" w:rsidP="00836B5D">
            <w:pPr>
              <w:rPr>
                <w:lang w:eastAsia="ko-KR"/>
              </w:rPr>
            </w:pPr>
            <w:r>
              <w:rPr>
                <w:sz w:val="16"/>
                <w:lang w:eastAsia="ko-KR"/>
              </w:rPr>
              <w:t>수강생별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여행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상황</w:t>
            </w:r>
            <w:r>
              <w:rPr>
                <w:sz w:val="16"/>
                <w:lang w:eastAsia="ko-KR"/>
              </w:rPr>
              <w:t xml:space="preserve"> </w:t>
            </w:r>
            <w:r>
              <w:rPr>
                <w:sz w:val="16"/>
                <w:lang w:eastAsia="ko-KR"/>
              </w:rPr>
              <w:t>발표</w:t>
            </w:r>
          </w:p>
        </w:tc>
      </w:tr>
      <w:tr w:rsidR="00836B5D" w14:paraId="3352C1A7" w14:textId="77777777" w:rsidTr="00791FDE">
        <w:trPr>
          <w:jc w:val="center"/>
        </w:trPr>
        <w:tc>
          <w:tcPr>
            <w:tcW w:w="704" w:type="dxa"/>
            <w:vAlign w:val="center"/>
          </w:tcPr>
          <w:p w14:paraId="35512F3A" w14:textId="650058FE" w:rsidR="00836B5D" w:rsidRDefault="00112967" w:rsidP="00836B5D">
            <w:pPr>
              <w:rPr>
                <w:sz w:val="16"/>
                <w:lang w:eastAsia="ko-KR"/>
              </w:rPr>
            </w:pPr>
            <w:r>
              <w:rPr>
                <w:sz w:val="16"/>
              </w:rPr>
              <w:t>1</w:t>
            </w:r>
            <w:r>
              <w:rPr>
                <w:rFonts w:eastAsia="맑은 고딕" w:hint="eastAsia"/>
                <w:sz w:val="16"/>
                <w:lang w:eastAsia="ko-KR"/>
              </w:rPr>
              <w:t>2</w:t>
            </w:r>
            <w:r>
              <w:rPr>
                <w:sz w:val="16"/>
              </w:rPr>
              <w:t>주</w:t>
            </w:r>
          </w:p>
        </w:tc>
        <w:tc>
          <w:tcPr>
            <w:tcW w:w="1701" w:type="dxa"/>
            <w:vAlign w:val="center"/>
          </w:tcPr>
          <w:p w14:paraId="068D9B24" w14:textId="0D2D6224" w:rsidR="00836B5D" w:rsidRDefault="00791FDE" w:rsidP="00836B5D">
            <w:pPr>
              <w:rPr>
                <w:sz w:val="16"/>
                <w:lang w:eastAsia="ko-KR"/>
              </w:rPr>
            </w:pPr>
            <w:r>
              <w:rPr>
                <w:rFonts w:eastAsia="맑은 고딕" w:cs="맑은 고딕" w:hint="eastAsia"/>
                <w:sz w:val="16"/>
                <w:lang w:eastAsia="ko-KR"/>
              </w:rPr>
              <w:t>여행 회화 완성</w:t>
            </w:r>
          </w:p>
        </w:tc>
        <w:tc>
          <w:tcPr>
            <w:tcW w:w="3686" w:type="dxa"/>
            <w:vAlign w:val="center"/>
          </w:tcPr>
          <w:p w14:paraId="01856A1B" w14:textId="2A514E17" w:rsidR="00836B5D" w:rsidRDefault="00C13170" w:rsidP="00836B5D">
            <w:pPr>
              <w:rPr>
                <w:sz w:val="16"/>
                <w:lang w:eastAsia="ko-KR"/>
              </w:rPr>
            </w:pPr>
            <w:r>
              <w:rPr>
                <w:rFonts w:eastAsia="맑은 고딕" w:cs="맑은 고딕" w:hint="eastAsia"/>
                <w:sz w:val="16"/>
                <w:lang w:eastAsia="ko-KR"/>
              </w:rPr>
              <w:t>강사와</w:t>
            </w:r>
            <w:r w:rsidR="00791FDE">
              <w:rPr>
                <w:rFonts w:eastAsia="맑은 고딕" w:cs="맑은 고딕" w:hint="eastAsia"/>
                <w:sz w:val="16"/>
                <w:lang w:eastAsia="ko-KR"/>
              </w:rPr>
              <w:t xml:space="preserve"> 함께하는 종합</w:t>
            </w:r>
            <w:r>
              <w:rPr>
                <w:rFonts w:eastAsia="맑은 고딕" w:cs="맑은 고딕" w:hint="eastAsia"/>
                <w:sz w:val="16"/>
                <w:lang w:eastAsia="ko-KR"/>
              </w:rPr>
              <w:t xml:space="preserve"> 여행 상황극</w:t>
            </w:r>
          </w:p>
        </w:tc>
        <w:tc>
          <w:tcPr>
            <w:tcW w:w="4211" w:type="dxa"/>
            <w:vAlign w:val="center"/>
          </w:tcPr>
          <w:p w14:paraId="76443FDC" w14:textId="1CFABFBE" w:rsidR="00836B5D" w:rsidRDefault="00C13170" w:rsidP="00836B5D">
            <w:pPr>
              <w:rPr>
                <w:sz w:val="16"/>
                <w:lang w:eastAsia="ko-KR"/>
              </w:rPr>
            </w:pPr>
            <w:r>
              <w:rPr>
                <w:rFonts w:eastAsia="맑은 고딕" w:cs="맑은 고딕" w:hint="eastAsia"/>
                <w:sz w:val="16"/>
                <w:lang w:eastAsia="ko-KR"/>
              </w:rPr>
              <w:t xml:space="preserve">수강생 </w:t>
            </w:r>
            <w:r w:rsidR="00791FDE">
              <w:rPr>
                <w:rFonts w:eastAsia="맑은 고딕" w:cs="맑은 고딕" w:hint="eastAsia"/>
                <w:sz w:val="16"/>
                <w:lang w:eastAsia="ko-KR"/>
              </w:rPr>
              <w:t>전</w:t>
            </w:r>
            <w:r>
              <w:rPr>
                <w:rFonts w:eastAsia="맑은 고딕" w:cs="맑은 고딕" w:hint="eastAsia"/>
                <w:sz w:val="16"/>
                <w:lang w:eastAsia="ko-KR"/>
              </w:rPr>
              <w:t>체</w:t>
            </w:r>
            <w:r w:rsidR="00791FDE">
              <w:rPr>
                <w:rFonts w:eastAsia="맑은 고딕" w:cs="맑은 고딕" w:hint="eastAsia"/>
                <w:sz w:val="16"/>
                <w:lang w:eastAsia="ko-KR"/>
              </w:rPr>
              <w:t>의 일본 여행</w:t>
            </w:r>
            <w:r>
              <w:rPr>
                <w:rFonts w:eastAsia="맑은 고딕" w:cs="맑은 고딕" w:hint="eastAsia"/>
                <w:sz w:val="16"/>
                <w:lang w:eastAsia="ko-KR"/>
              </w:rPr>
              <w:t xml:space="preserve"> 상황극</w:t>
            </w:r>
          </w:p>
        </w:tc>
      </w:tr>
    </w:tbl>
    <w:p w14:paraId="0052D5A1" w14:textId="3086F9A0" w:rsidR="00791FDE" w:rsidRDefault="00791FDE" w:rsidP="00791FDE">
      <w:pPr>
        <w:pStyle w:val="aa"/>
        <w:numPr>
          <w:ilvl w:val="0"/>
          <w:numId w:val="11"/>
        </w:numPr>
        <w:spacing w:before="80" w:after="60"/>
        <w:rPr>
          <w:rFonts w:eastAsia="맑은 고딕"/>
          <w:bCs/>
          <w:sz w:val="18"/>
          <w:szCs w:val="18"/>
          <w:lang w:eastAsia="ko-KR"/>
        </w:rPr>
      </w:pPr>
      <w:r w:rsidRPr="00791FDE">
        <w:rPr>
          <w:rFonts w:eastAsia="맑은 고딕" w:hint="eastAsia"/>
          <w:bCs/>
          <w:sz w:val="18"/>
          <w:szCs w:val="18"/>
          <w:lang w:eastAsia="ko-KR"/>
        </w:rPr>
        <w:t>1</w:t>
      </w:r>
      <w:r>
        <w:rPr>
          <w:rFonts w:eastAsia="맑은 고딕" w:hint="eastAsia"/>
          <w:bCs/>
          <w:sz w:val="18"/>
          <w:szCs w:val="18"/>
          <w:lang w:eastAsia="ko-KR"/>
        </w:rPr>
        <w:t>주</w:t>
      </w:r>
      <w:r w:rsidRPr="00791FDE">
        <w:rPr>
          <w:rFonts w:eastAsia="맑은 고딕" w:hint="eastAsia"/>
          <w:bCs/>
          <w:sz w:val="18"/>
          <w:szCs w:val="18"/>
          <w:lang w:eastAsia="ko-KR"/>
        </w:rPr>
        <w:t>~</w:t>
      </w:r>
      <w:r>
        <w:rPr>
          <w:rFonts w:eastAsia="맑은 고딕" w:hint="eastAsia"/>
          <w:bCs/>
          <w:sz w:val="18"/>
          <w:szCs w:val="18"/>
          <w:lang w:eastAsia="ko-KR"/>
        </w:rPr>
        <w:t>4</w:t>
      </w:r>
      <w:r w:rsidRPr="00791FDE">
        <w:rPr>
          <w:rFonts w:eastAsia="맑은 고딕" w:hint="eastAsia"/>
          <w:bCs/>
          <w:sz w:val="18"/>
          <w:szCs w:val="18"/>
          <w:lang w:eastAsia="ko-KR"/>
        </w:rPr>
        <w:t>주 히라</w:t>
      </w:r>
      <w:r w:rsidR="003A4B76">
        <w:rPr>
          <w:rFonts w:eastAsia="맑은 고딕" w:hint="eastAsia"/>
          <w:bCs/>
          <w:sz w:val="18"/>
          <w:szCs w:val="18"/>
          <w:lang w:eastAsia="ko-KR"/>
        </w:rPr>
        <w:t>가</w:t>
      </w:r>
      <w:r w:rsidRPr="00791FDE">
        <w:rPr>
          <w:rFonts w:eastAsia="맑은 고딕" w:hint="eastAsia"/>
          <w:bCs/>
          <w:sz w:val="18"/>
          <w:szCs w:val="18"/>
          <w:lang w:eastAsia="ko-KR"/>
        </w:rPr>
        <w:t>나</w:t>
      </w:r>
      <w:r w:rsidR="003A4B76">
        <w:rPr>
          <w:rFonts w:eastAsia="맑은 고딕" w:hint="eastAsia"/>
          <w:bCs/>
          <w:sz w:val="18"/>
          <w:szCs w:val="18"/>
          <w:lang w:eastAsia="ko-KR"/>
        </w:rPr>
        <w:t>(</w:t>
      </w:r>
      <w:r w:rsidRPr="00791FDE">
        <w:rPr>
          <w:rFonts w:eastAsia="맑은 고딕" w:hint="eastAsia"/>
          <w:bCs/>
          <w:sz w:val="18"/>
          <w:szCs w:val="18"/>
          <w:lang w:eastAsia="ko-KR"/>
        </w:rPr>
        <w:t>오십음도</w:t>
      </w:r>
      <w:r w:rsidR="003A4B76">
        <w:rPr>
          <w:rFonts w:eastAsia="맑은 고딕" w:hint="eastAsia"/>
          <w:bCs/>
          <w:sz w:val="18"/>
          <w:szCs w:val="18"/>
          <w:lang w:eastAsia="ko-KR"/>
        </w:rPr>
        <w:t>)</w:t>
      </w:r>
      <w:r w:rsidRPr="00791FDE">
        <w:rPr>
          <w:rFonts w:eastAsia="맑은 고딕" w:hint="eastAsia"/>
          <w:bCs/>
          <w:sz w:val="18"/>
          <w:szCs w:val="18"/>
          <w:lang w:eastAsia="ko-KR"/>
        </w:rPr>
        <w:t xml:space="preserve"> </w:t>
      </w:r>
      <w:proofErr w:type="gramStart"/>
      <w:r w:rsidRPr="00791FDE">
        <w:rPr>
          <w:rFonts w:eastAsia="맑은 고딕" w:hint="eastAsia"/>
          <w:bCs/>
          <w:sz w:val="18"/>
          <w:szCs w:val="18"/>
          <w:lang w:eastAsia="ko-KR"/>
        </w:rPr>
        <w:t>병행</w:t>
      </w:r>
      <w:r w:rsidR="003A4B76">
        <w:rPr>
          <w:rFonts w:eastAsia="맑은 고딕" w:hint="eastAsia"/>
          <w:bCs/>
          <w:sz w:val="18"/>
          <w:szCs w:val="18"/>
          <w:lang w:eastAsia="ko-KR"/>
        </w:rPr>
        <w:t xml:space="preserve"> </w:t>
      </w:r>
      <w:r>
        <w:rPr>
          <w:rFonts w:eastAsia="맑은 고딕" w:hint="eastAsia"/>
          <w:bCs/>
          <w:sz w:val="18"/>
          <w:szCs w:val="18"/>
          <w:lang w:eastAsia="ko-KR"/>
        </w:rPr>
        <w:t>/</w:t>
      </w:r>
      <w:proofErr w:type="gramEnd"/>
      <w:r w:rsidR="003A4B76">
        <w:rPr>
          <w:rFonts w:eastAsia="맑은 고딕" w:hint="eastAsia"/>
          <w:bCs/>
          <w:sz w:val="18"/>
          <w:szCs w:val="18"/>
          <w:lang w:eastAsia="ko-KR"/>
        </w:rPr>
        <w:t xml:space="preserve"> </w:t>
      </w:r>
      <w:r>
        <w:rPr>
          <w:rFonts w:eastAsia="맑은 고딕" w:hint="eastAsia"/>
          <w:bCs/>
          <w:sz w:val="18"/>
          <w:szCs w:val="18"/>
          <w:lang w:eastAsia="ko-KR"/>
        </w:rPr>
        <w:t xml:space="preserve">6주~10주 </w:t>
      </w:r>
      <w:proofErr w:type="spellStart"/>
      <w:r>
        <w:rPr>
          <w:rFonts w:eastAsia="맑은 고딕" w:hint="eastAsia"/>
          <w:bCs/>
          <w:sz w:val="18"/>
          <w:szCs w:val="18"/>
          <w:lang w:eastAsia="ko-KR"/>
        </w:rPr>
        <w:t>가타가나</w:t>
      </w:r>
      <w:proofErr w:type="spellEnd"/>
      <w:r>
        <w:rPr>
          <w:rFonts w:eastAsia="맑은 고딕" w:hint="eastAsia"/>
          <w:bCs/>
          <w:sz w:val="18"/>
          <w:szCs w:val="18"/>
          <w:lang w:eastAsia="ko-KR"/>
        </w:rPr>
        <w:t xml:space="preserve"> 병행</w:t>
      </w:r>
    </w:p>
    <w:p w14:paraId="3A15BF37" w14:textId="4B5E6B9A" w:rsidR="00ED3A95" w:rsidRDefault="00000000">
      <w:pPr>
        <w:spacing w:before="80" w:after="60"/>
        <w:rPr>
          <w:lang w:eastAsia="ko-KR"/>
        </w:rPr>
      </w:pPr>
      <w:r>
        <w:rPr>
          <w:rFonts w:eastAsia="맑은 고딕" w:cs="맑은 고딕" w:hint="eastAsia"/>
          <w:b/>
          <w:sz w:val="23"/>
          <w:lang w:eastAsia="ko-KR"/>
        </w:rPr>
        <w:t>수</w:t>
      </w:r>
      <w:r>
        <w:rPr>
          <w:b/>
          <w:sz w:val="23"/>
          <w:lang w:eastAsia="ko-KR"/>
        </w:rPr>
        <w:t>업</w:t>
      </w:r>
      <w:r>
        <w:rPr>
          <w:b/>
          <w:sz w:val="23"/>
          <w:lang w:eastAsia="ko-KR"/>
        </w:rPr>
        <w:t xml:space="preserve"> </w:t>
      </w:r>
      <w:r>
        <w:rPr>
          <w:b/>
          <w:sz w:val="23"/>
          <w:lang w:eastAsia="ko-KR"/>
        </w:rPr>
        <w:t>운영</w:t>
      </w:r>
      <w:r>
        <w:rPr>
          <w:b/>
          <w:sz w:val="23"/>
          <w:lang w:eastAsia="ko-KR"/>
        </w:rPr>
        <w:t xml:space="preserve"> </w:t>
      </w:r>
      <w:r>
        <w:rPr>
          <w:b/>
          <w:sz w:val="23"/>
          <w:lang w:eastAsia="ko-KR"/>
        </w:rPr>
        <w:t>원칙</w:t>
      </w:r>
    </w:p>
    <w:p w14:paraId="12F6B116" w14:textId="7FD8CEBE" w:rsidR="00C13170" w:rsidRDefault="00000000">
      <w:pPr>
        <w:spacing w:after="40"/>
        <w:ind w:left="227" w:hanging="170"/>
        <w:rPr>
          <w:rFonts w:eastAsia="맑은 고딕" w:cs="맑은 고딕"/>
          <w:lang w:eastAsia="ko-KR"/>
        </w:rPr>
      </w:pPr>
      <w:r>
        <w:rPr>
          <w:lang w:eastAsia="ko-KR"/>
        </w:rPr>
        <w:t xml:space="preserve">• </w:t>
      </w:r>
      <w:r w:rsidR="00C13170">
        <w:rPr>
          <w:rFonts w:eastAsia="맑은 고딕" w:cs="맑은 고딕" w:hint="eastAsia"/>
          <w:lang w:eastAsia="ko-KR"/>
        </w:rPr>
        <w:t>본 수업은 말하기</w:t>
      </w:r>
      <w:r w:rsidR="00C52D73">
        <w:rPr>
          <w:rFonts w:eastAsia="맑은 고딕" w:cs="맑은 고딕" w:hint="eastAsia"/>
          <w:lang w:eastAsia="ko-KR"/>
        </w:rPr>
        <w:t>와</w:t>
      </w:r>
      <w:r w:rsidR="00C13170">
        <w:rPr>
          <w:rFonts w:eastAsia="맑은 고딕" w:cs="맑은 고딕" w:hint="eastAsia"/>
          <w:lang w:eastAsia="ko-KR"/>
        </w:rPr>
        <w:t xml:space="preserve"> 듣기를 중점으로</w:t>
      </w:r>
      <w:r w:rsidR="003A4B76">
        <w:rPr>
          <w:rFonts w:eastAsia="맑은 고딕" w:cs="맑은 고딕" w:hint="eastAsia"/>
          <w:lang w:eastAsia="ko-KR"/>
        </w:rPr>
        <w:t xml:space="preserve"> </w:t>
      </w:r>
      <w:r w:rsidR="00C13170">
        <w:rPr>
          <w:rFonts w:eastAsia="맑은 고딕" w:cs="맑은 고딕" w:hint="eastAsia"/>
          <w:lang w:eastAsia="ko-KR"/>
        </w:rPr>
        <w:t>합니다.</w:t>
      </w:r>
    </w:p>
    <w:p w14:paraId="6F556550" w14:textId="7C8B2CC5" w:rsidR="00ED3A95" w:rsidRDefault="00C13170">
      <w:pPr>
        <w:spacing w:after="40"/>
        <w:ind w:left="227" w:hanging="170"/>
        <w:rPr>
          <w:lang w:eastAsia="ko-KR"/>
        </w:rPr>
      </w:pPr>
      <w:r>
        <w:rPr>
          <w:lang w:eastAsia="ko-KR"/>
        </w:rPr>
        <w:t>•</w:t>
      </w:r>
      <w:r>
        <w:rPr>
          <w:rFonts w:eastAsia="맑은 고딕" w:hint="eastAsia"/>
          <w:lang w:eastAsia="ko-KR"/>
        </w:rPr>
        <w:t xml:space="preserve"> 문법은 최소화하여</w:t>
      </w:r>
      <w:r>
        <w:rPr>
          <w:lang w:eastAsia="ko-KR"/>
        </w:rPr>
        <w:t xml:space="preserve"> </w:t>
      </w:r>
      <w:r>
        <w:rPr>
          <w:lang w:eastAsia="ko-KR"/>
        </w:rPr>
        <w:t>핵심</w:t>
      </w:r>
      <w:r>
        <w:rPr>
          <w:lang w:eastAsia="ko-KR"/>
        </w:rPr>
        <w:t xml:space="preserve"> </w:t>
      </w:r>
      <w:r>
        <w:rPr>
          <w:lang w:eastAsia="ko-KR"/>
        </w:rPr>
        <w:t>표현을</w:t>
      </w:r>
      <w:r>
        <w:rPr>
          <w:lang w:eastAsia="ko-KR"/>
        </w:rPr>
        <w:t xml:space="preserve"> </w:t>
      </w:r>
      <w:r>
        <w:rPr>
          <w:lang w:eastAsia="ko-KR"/>
        </w:rPr>
        <w:t>반복합니다</w:t>
      </w:r>
      <w:r>
        <w:rPr>
          <w:lang w:eastAsia="ko-KR"/>
        </w:rPr>
        <w:t>.</w:t>
      </w:r>
    </w:p>
    <w:p w14:paraId="3A1CA114" w14:textId="2C2579EF" w:rsidR="00ED3A95" w:rsidRDefault="00000000">
      <w:pPr>
        <w:spacing w:after="40"/>
        <w:ind w:left="227" w:hanging="170"/>
        <w:rPr>
          <w:lang w:eastAsia="ko-KR"/>
        </w:rPr>
      </w:pPr>
      <w:r>
        <w:rPr>
          <w:lang w:eastAsia="ko-KR"/>
        </w:rPr>
        <w:t xml:space="preserve">• </w:t>
      </w:r>
      <w:r>
        <w:rPr>
          <w:lang w:eastAsia="ko-KR"/>
        </w:rPr>
        <w:t>매주</w:t>
      </w:r>
      <w:r>
        <w:rPr>
          <w:lang w:eastAsia="ko-KR"/>
        </w:rPr>
        <w:t xml:space="preserve"> </w:t>
      </w:r>
      <w:r>
        <w:rPr>
          <w:lang w:eastAsia="ko-KR"/>
        </w:rPr>
        <w:t>말하기</w:t>
      </w:r>
      <w:r>
        <w:rPr>
          <w:lang w:eastAsia="ko-KR"/>
        </w:rPr>
        <w:t xml:space="preserve"> </w:t>
      </w:r>
      <w:r>
        <w:rPr>
          <w:lang w:eastAsia="ko-KR"/>
        </w:rPr>
        <w:t>활동을</w:t>
      </w:r>
      <w:r>
        <w:rPr>
          <w:lang w:eastAsia="ko-KR"/>
        </w:rPr>
        <w:t xml:space="preserve"> </w:t>
      </w:r>
      <w:r>
        <w:rPr>
          <w:lang w:eastAsia="ko-KR"/>
        </w:rPr>
        <w:t>포함해</w:t>
      </w:r>
      <w:r>
        <w:rPr>
          <w:lang w:eastAsia="ko-KR"/>
        </w:rPr>
        <w:t xml:space="preserve"> </w:t>
      </w:r>
      <w:r>
        <w:rPr>
          <w:lang w:eastAsia="ko-KR"/>
        </w:rPr>
        <w:t>배운</w:t>
      </w:r>
      <w:r>
        <w:rPr>
          <w:lang w:eastAsia="ko-KR"/>
        </w:rPr>
        <w:t xml:space="preserve"> </w:t>
      </w:r>
      <w:r>
        <w:rPr>
          <w:lang w:eastAsia="ko-KR"/>
        </w:rPr>
        <w:t>일본어를</w:t>
      </w:r>
      <w:r>
        <w:rPr>
          <w:lang w:eastAsia="ko-KR"/>
        </w:rPr>
        <w:t xml:space="preserve"> </w:t>
      </w:r>
      <w:r>
        <w:rPr>
          <w:lang w:eastAsia="ko-KR"/>
        </w:rPr>
        <w:t>실제로</w:t>
      </w:r>
      <w:r>
        <w:rPr>
          <w:lang w:eastAsia="ko-KR"/>
        </w:rPr>
        <w:t xml:space="preserve"> </w:t>
      </w:r>
      <w:r>
        <w:rPr>
          <w:lang w:eastAsia="ko-KR"/>
        </w:rPr>
        <w:t>말하</w:t>
      </w:r>
      <w:r w:rsidR="00C13170">
        <w:rPr>
          <w:rFonts w:eastAsia="맑은 고딕" w:cs="맑은 고딕" w:hint="eastAsia"/>
          <w:lang w:eastAsia="ko-KR"/>
        </w:rPr>
        <w:t>고 듣</w:t>
      </w:r>
      <w:r>
        <w:rPr>
          <w:lang w:eastAsia="ko-KR"/>
        </w:rPr>
        <w:t>는</w:t>
      </w:r>
      <w:r w:rsidR="00C13170">
        <w:rPr>
          <w:rFonts w:eastAsia="맑은 고딕" w:hint="eastAsia"/>
          <w:lang w:eastAsia="ko-KR"/>
        </w:rPr>
        <w:t xml:space="preserve"> 실습을</w:t>
      </w:r>
      <w:r>
        <w:rPr>
          <w:lang w:eastAsia="ko-KR"/>
        </w:rPr>
        <w:t xml:space="preserve"> </w:t>
      </w:r>
      <w:r>
        <w:rPr>
          <w:lang w:eastAsia="ko-KR"/>
        </w:rPr>
        <w:t>제공합니다</w:t>
      </w:r>
      <w:r>
        <w:rPr>
          <w:lang w:eastAsia="ko-KR"/>
        </w:rPr>
        <w:t>.</w:t>
      </w:r>
    </w:p>
    <w:p w14:paraId="775C4F35" w14:textId="1AF8EF08" w:rsidR="00ED3A95" w:rsidRDefault="00000000">
      <w:pPr>
        <w:spacing w:after="40"/>
        <w:ind w:left="227" w:hanging="170"/>
        <w:rPr>
          <w:lang w:eastAsia="ko-KR"/>
        </w:rPr>
      </w:pPr>
      <w:r>
        <w:rPr>
          <w:lang w:eastAsia="ko-KR"/>
        </w:rPr>
        <w:t xml:space="preserve">• </w:t>
      </w:r>
      <w:r>
        <w:rPr>
          <w:lang w:eastAsia="ko-KR"/>
        </w:rPr>
        <w:t>학습자의</w:t>
      </w:r>
      <w:r>
        <w:rPr>
          <w:lang w:eastAsia="ko-KR"/>
        </w:rPr>
        <w:t xml:space="preserve"> </w:t>
      </w:r>
      <w:r>
        <w:rPr>
          <w:lang w:eastAsia="ko-KR"/>
        </w:rPr>
        <w:t>속도를</w:t>
      </w:r>
      <w:r>
        <w:rPr>
          <w:lang w:eastAsia="ko-KR"/>
        </w:rPr>
        <w:t xml:space="preserve"> </w:t>
      </w:r>
      <w:r>
        <w:rPr>
          <w:lang w:eastAsia="ko-KR"/>
        </w:rPr>
        <w:t>고려해</w:t>
      </w:r>
      <w:r>
        <w:rPr>
          <w:lang w:eastAsia="ko-KR"/>
        </w:rPr>
        <w:t xml:space="preserve"> </w:t>
      </w:r>
      <w:r>
        <w:rPr>
          <w:lang w:eastAsia="ko-KR"/>
        </w:rPr>
        <w:t>복습</w:t>
      </w:r>
      <w:r>
        <w:rPr>
          <w:lang w:eastAsia="ko-KR"/>
        </w:rPr>
        <w:t xml:space="preserve"> </w:t>
      </w:r>
      <w:r>
        <w:rPr>
          <w:lang w:eastAsia="ko-KR"/>
        </w:rPr>
        <w:t>비중을</w:t>
      </w:r>
      <w:r>
        <w:rPr>
          <w:lang w:eastAsia="ko-KR"/>
        </w:rPr>
        <w:t xml:space="preserve"> </w:t>
      </w:r>
      <w:r>
        <w:rPr>
          <w:lang w:eastAsia="ko-KR"/>
        </w:rPr>
        <w:t>충분히</w:t>
      </w:r>
      <w:r>
        <w:rPr>
          <w:lang w:eastAsia="ko-KR"/>
        </w:rPr>
        <w:t xml:space="preserve"> </w:t>
      </w:r>
      <w:r>
        <w:rPr>
          <w:lang w:eastAsia="ko-KR"/>
        </w:rPr>
        <w:t>둡니다</w:t>
      </w:r>
      <w:r>
        <w:rPr>
          <w:lang w:eastAsia="ko-KR"/>
        </w:rPr>
        <w:t>.</w:t>
      </w:r>
    </w:p>
    <w:p w14:paraId="2B57A761" w14:textId="77777777" w:rsidR="00ED3A95" w:rsidRDefault="00000000">
      <w:pPr>
        <w:spacing w:after="40"/>
        <w:ind w:left="227" w:hanging="170"/>
        <w:rPr>
          <w:rFonts w:eastAsia="맑은 고딕"/>
          <w:lang w:eastAsia="ko-KR"/>
        </w:rPr>
      </w:pPr>
      <w:r>
        <w:rPr>
          <w:lang w:eastAsia="ko-KR"/>
        </w:rPr>
        <w:t xml:space="preserve">• </w:t>
      </w:r>
      <w:r>
        <w:rPr>
          <w:lang w:eastAsia="ko-KR"/>
        </w:rPr>
        <w:t>음식</w:t>
      </w:r>
      <w:r>
        <w:rPr>
          <w:lang w:eastAsia="ko-KR"/>
        </w:rPr>
        <w:t>·</w:t>
      </w:r>
      <w:r>
        <w:rPr>
          <w:lang w:eastAsia="ko-KR"/>
        </w:rPr>
        <w:t>여행</w:t>
      </w:r>
      <w:r>
        <w:rPr>
          <w:lang w:eastAsia="ko-KR"/>
        </w:rPr>
        <w:t>·</w:t>
      </w:r>
      <w:r>
        <w:rPr>
          <w:lang w:eastAsia="ko-KR"/>
        </w:rPr>
        <w:t>교통</w:t>
      </w:r>
      <w:r>
        <w:rPr>
          <w:lang w:eastAsia="ko-KR"/>
        </w:rPr>
        <w:t>·</w:t>
      </w:r>
      <w:r>
        <w:rPr>
          <w:lang w:eastAsia="ko-KR"/>
        </w:rPr>
        <w:t>생활문화</w:t>
      </w:r>
      <w:r>
        <w:rPr>
          <w:lang w:eastAsia="ko-KR"/>
        </w:rPr>
        <w:t xml:space="preserve"> </w:t>
      </w:r>
      <w:r>
        <w:rPr>
          <w:lang w:eastAsia="ko-KR"/>
        </w:rPr>
        <w:t>이야기를</w:t>
      </w:r>
      <w:r>
        <w:rPr>
          <w:lang w:eastAsia="ko-KR"/>
        </w:rPr>
        <w:t xml:space="preserve"> </w:t>
      </w:r>
      <w:r>
        <w:rPr>
          <w:lang w:eastAsia="ko-KR"/>
        </w:rPr>
        <w:t>활용해</w:t>
      </w:r>
      <w:r>
        <w:rPr>
          <w:lang w:eastAsia="ko-KR"/>
        </w:rPr>
        <w:t xml:space="preserve"> </w:t>
      </w:r>
      <w:r>
        <w:rPr>
          <w:lang w:eastAsia="ko-KR"/>
        </w:rPr>
        <w:t>수업의</w:t>
      </w:r>
      <w:r>
        <w:rPr>
          <w:lang w:eastAsia="ko-KR"/>
        </w:rPr>
        <w:t xml:space="preserve"> </w:t>
      </w:r>
      <w:r>
        <w:rPr>
          <w:lang w:eastAsia="ko-KR"/>
        </w:rPr>
        <w:t>재미를</w:t>
      </w:r>
      <w:r>
        <w:rPr>
          <w:lang w:eastAsia="ko-KR"/>
        </w:rPr>
        <w:t xml:space="preserve"> </w:t>
      </w:r>
      <w:r>
        <w:rPr>
          <w:lang w:eastAsia="ko-KR"/>
        </w:rPr>
        <w:t>높입니다</w:t>
      </w:r>
      <w:r>
        <w:rPr>
          <w:lang w:eastAsia="ko-KR"/>
        </w:rPr>
        <w:t>.</w:t>
      </w:r>
    </w:p>
    <w:p w14:paraId="4B140501" w14:textId="108DE26B" w:rsidR="00C13170" w:rsidRDefault="00C13170">
      <w:pPr>
        <w:spacing w:after="40"/>
        <w:ind w:left="227" w:hanging="170"/>
        <w:rPr>
          <w:rFonts w:eastAsia="맑은 고딕"/>
          <w:lang w:eastAsia="ko-KR"/>
        </w:rPr>
      </w:pPr>
      <w:r>
        <w:rPr>
          <w:lang w:eastAsia="ko-KR"/>
        </w:rPr>
        <w:t>•</w:t>
      </w:r>
      <w:r>
        <w:rPr>
          <w:rFonts w:eastAsia="맑은 고딕" w:hint="eastAsia"/>
          <w:lang w:eastAsia="ko-KR"/>
        </w:rPr>
        <w:t xml:space="preserve"> 강사의 일본</w:t>
      </w:r>
      <w:r w:rsidR="001B3612">
        <w:rPr>
          <w:rFonts w:eastAsia="맑은 고딕" w:hint="eastAsia"/>
          <w:lang w:eastAsia="ko-KR"/>
        </w:rPr>
        <w:t>어 학습 경험과 일본</w:t>
      </w:r>
      <w:r>
        <w:rPr>
          <w:rFonts w:eastAsia="맑은 고딕" w:hint="eastAsia"/>
          <w:lang w:eastAsia="ko-KR"/>
        </w:rPr>
        <w:t xml:space="preserve"> 생활</w:t>
      </w:r>
      <w:r w:rsidR="001B3612">
        <w:rPr>
          <w:rFonts w:eastAsia="맑은 고딕" w:hint="eastAsia"/>
          <w:lang w:eastAsia="ko-KR"/>
        </w:rPr>
        <w:t>-</w:t>
      </w:r>
      <w:r>
        <w:rPr>
          <w:rFonts w:eastAsia="맑은 고딕" w:hint="eastAsia"/>
          <w:lang w:eastAsia="ko-KR"/>
        </w:rPr>
        <w:t>여행</w:t>
      </w:r>
      <w:r w:rsidR="001B3612">
        <w:rPr>
          <w:rFonts w:eastAsia="맑은 고딕" w:hint="eastAsia"/>
          <w:lang w:eastAsia="ko-KR"/>
        </w:rPr>
        <w:t xml:space="preserve"> 경험을 곁들여</w:t>
      </w:r>
      <w:r>
        <w:rPr>
          <w:rFonts w:eastAsia="맑은 고딕" w:hint="eastAsia"/>
          <w:lang w:eastAsia="ko-KR"/>
        </w:rPr>
        <w:t xml:space="preserve"> 수업에 흥미를 </w:t>
      </w:r>
      <w:r w:rsidR="001B3612">
        <w:rPr>
          <w:rFonts w:eastAsia="맑은 고딕" w:hint="eastAsia"/>
          <w:lang w:eastAsia="ko-KR"/>
        </w:rPr>
        <w:t>더합니다.</w:t>
      </w:r>
    </w:p>
    <w:p w14:paraId="747C8B5E" w14:textId="77777777" w:rsidR="003A4B76" w:rsidRPr="00C13170" w:rsidRDefault="003A4B76">
      <w:pPr>
        <w:spacing w:after="40"/>
        <w:ind w:left="227" w:hanging="170"/>
        <w:rPr>
          <w:rFonts w:eastAsia="맑은 고딕"/>
          <w:lang w:eastAsia="ko-KR"/>
        </w:rPr>
      </w:pPr>
    </w:p>
    <w:p w14:paraId="5CBD0948" w14:textId="77777777" w:rsidR="00ED3A95" w:rsidRDefault="00000000">
      <w:pPr>
        <w:spacing w:after="80"/>
        <w:rPr>
          <w:rFonts w:eastAsia="맑은 고딕"/>
          <w:sz w:val="17"/>
          <w:lang w:eastAsia="ko-KR"/>
        </w:rPr>
      </w:pPr>
      <w:r>
        <w:rPr>
          <w:sz w:val="17"/>
          <w:lang w:eastAsia="ko-KR"/>
        </w:rPr>
        <w:t xml:space="preserve">※ </w:t>
      </w:r>
      <w:r>
        <w:rPr>
          <w:sz w:val="17"/>
          <w:lang w:eastAsia="ko-KR"/>
        </w:rPr>
        <w:t>본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교육계획은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기관의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프로그램</w:t>
      </w:r>
      <w:r>
        <w:rPr>
          <w:sz w:val="17"/>
          <w:lang w:eastAsia="ko-KR"/>
        </w:rPr>
        <w:t xml:space="preserve">, </w:t>
      </w:r>
      <w:r>
        <w:rPr>
          <w:sz w:val="17"/>
          <w:lang w:eastAsia="ko-KR"/>
        </w:rPr>
        <w:t>수강생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수준</w:t>
      </w:r>
      <w:r>
        <w:rPr>
          <w:sz w:val="17"/>
          <w:lang w:eastAsia="ko-KR"/>
        </w:rPr>
        <w:t xml:space="preserve">, </w:t>
      </w:r>
      <w:r>
        <w:rPr>
          <w:sz w:val="17"/>
          <w:lang w:eastAsia="ko-KR"/>
        </w:rPr>
        <w:t>운영기간에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따라</w:t>
      </w:r>
      <w:r>
        <w:rPr>
          <w:sz w:val="17"/>
          <w:lang w:eastAsia="ko-KR"/>
        </w:rPr>
        <w:t xml:space="preserve"> 8~12</w:t>
      </w:r>
      <w:r>
        <w:rPr>
          <w:sz w:val="17"/>
          <w:lang w:eastAsia="ko-KR"/>
        </w:rPr>
        <w:t>주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또는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단기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특강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형태로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조정할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수</w:t>
      </w:r>
      <w:r>
        <w:rPr>
          <w:sz w:val="17"/>
          <w:lang w:eastAsia="ko-KR"/>
        </w:rPr>
        <w:t xml:space="preserve"> </w:t>
      </w:r>
      <w:r>
        <w:rPr>
          <w:sz w:val="17"/>
          <w:lang w:eastAsia="ko-KR"/>
        </w:rPr>
        <w:t>있습니다</w:t>
      </w:r>
      <w:r>
        <w:rPr>
          <w:sz w:val="17"/>
          <w:lang w:eastAsia="ko-KR"/>
        </w:rPr>
        <w:t>.</w:t>
      </w:r>
    </w:p>
    <w:p w14:paraId="2BCC7240" w14:textId="77777777" w:rsidR="008A5201" w:rsidRDefault="008A5201">
      <w:pPr>
        <w:spacing w:after="80"/>
        <w:rPr>
          <w:rFonts w:eastAsia="맑은 고딕"/>
          <w:sz w:val="17"/>
          <w:lang w:eastAsia="ko-KR"/>
        </w:rPr>
      </w:pPr>
    </w:p>
    <w:p w14:paraId="2867D622" w14:textId="77777777" w:rsidR="008A5201" w:rsidRDefault="008A5201">
      <w:pPr>
        <w:spacing w:after="80"/>
        <w:rPr>
          <w:rFonts w:eastAsia="맑은 고딕"/>
          <w:sz w:val="17"/>
          <w:lang w:eastAsia="ko-KR"/>
        </w:rPr>
      </w:pPr>
    </w:p>
    <w:p w14:paraId="248BF62F" w14:textId="77777777" w:rsidR="008A5201" w:rsidRDefault="008A5201">
      <w:pPr>
        <w:spacing w:after="80"/>
        <w:rPr>
          <w:rFonts w:eastAsia="맑은 고딕"/>
          <w:sz w:val="17"/>
          <w:lang w:eastAsia="ko-KR"/>
        </w:rPr>
      </w:pPr>
    </w:p>
    <w:p w14:paraId="46DB19C9" w14:textId="2C9A8FE1" w:rsidR="008A5201" w:rsidRPr="00526ED7" w:rsidRDefault="008A5201" w:rsidP="008A5201">
      <w:pPr>
        <w:spacing w:after="0"/>
        <w:jc w:val="center"/>
        <w:rPr>
          <w:rFonts w:eastAsia="맑은 고딕" w:cs="맑은 고딕"/>
          <w:b/>
          <w:bCs/>
          <w:sz w:val="24"/>
          <w:szCs w:val="24"/>
          <w:lang w:eastAsia="ko-KR"/>
        </w:rPr>
      </w:pPr>
      <w:r>
        <w:rPr>
          <w:rFonts w:eastAsia="맑은 고딕" w:cs="맑은 고딕" w:hint="eastAsia"/>
          <w:b/>
          <w:bCs/>
          <w:sz w:val="24"/>
          <w:szCs w:val="24"/>
          <w:lang w:eastAsia="ko-KR"/>
        </w:rPr>
        <w:t xml:space="preserve">                                                </w:t>
      </w:r>
      <w:r w:rsidRPr="00526ED7">
        <w:rPr>
          <w:rFonts w:eastAsia="맑은 고딕" w:cs="맑은 고딕" w:hint="eastAsia"/>
          <w:b/>
          <w:bCs/>
          <w:sz w:val="24"/>
          <w:szCs w:val="24"/>
          <w:lang w:eastAsia="ko-KR"/>
        </w:rPr>
        <w:t>강</w:t>
      </w:r>
      <w:r>
        <w:rPr>
          <w:rFonts w:eastAsia="맑은 고딕" w:cs="맑은 고딕" w:hint="eastAsia"/>
          <w:b/>
          <w:bCs/>
          <w:sz w:val="24"/>
          <w:szCs w:val="24"/>
          <w:lang w:eastAsia="ko-KR"/>
        </w:rPr>
        <w:t xml:space="preserve">   </w:t>
      </w:r>
      <w:proofErr w:type="gramStart"/>
      <w:r w:rsidRPr="00526ED7">
        <w:rPr>
          <w:rFonts w:eastAsia="맑은 고딕" w:cs="맑은 고딕" w:hint="eastAsia"/>
          <w:b/>
          <w:bCs/>
          <w:sz w:val="24"/>
          <w:szCs w:val="24"/>
          <w:lang w:eastAsia="ko-KR"/>
        </w:rPr>
        <w:t>사 :</w:t>
      </w:r>
      <w:proofErr w:type="gramEnd"/>
      <w:r w:rsidRPr="00526ED7">
        <w:rPr>
          <w:rFonts w:eastAsia="맑은 고딕" w:cs="맑은 고딕" w:hint="eastAsia"/>
          <w:b/>
          <w:bCs/>
          <w:sz w:val="24"/>
          <w:szCs w:val="24"/>
          <w:lang w:eastAsia="ko-KR"/>
        </w:rPr>
        <w:t xml:space="preserve"> </w:t>
      </w:r>
      <w:proofErr w:type="spellStart"/>
      <w:r w:rsidRPr="00526ED7">
        <w:rPr>
          <w:rFonts w:eastAsia="맑은 고딕" w:cs="맑은 고딕" w:hint="eastAsia"/>
          <w:b/>
          <w:bCs/>
          <w:sz w:val="24"/>
          <w:szCs w:val="24"/>
          <w:lang w:eastAsia="ko-KR"/>
        </w:rPr>
        <w:t>이호강</w:t>
      </w:r>
      <w:proofErr w:type="spellEnd"/>
    </w:p>
    <w:p w14:paraId="5E790936" w14:textId="4DD2D1B1" w:rsidR="008A5201" w:rsidRPr="00526ED7" w:rsidRDefault="008A5201" w:rsidP="008A5201">
      <w:pPr>
        <w:spacing w:after="0"/>
        <w:jc w:val="center"/>
        <w:rPr>
          <w:rFonts w:eastAsia="맑은 고딕" w:cs="맑은 고딕"/>
          <w:b/>
          <w:bCs/>
          <w:sz w:val="24"/>
          <w:szCs w:val="24"/>
          <w:lang w:eastAsia="ko-KR"/>
        </w:rPr>
      </w:pPr>
      <w:r>
        <w:rPr>
          <w:rFonts w:eastAsia="맑은 고딕" w:cs="맑은 고딕" w:hint="eastAsia"/>
          <w:b/>
          <w:bCs/>
          <w:sz w:val="24"/>
          <w:szCs w:val="24"/>
          <w:lang w:eastAsia="ko-KR"/>
        </w:rPr>
        <w:t xml:space="preserve">                                                           </w:t>
      </w:r>
      <w:proofErr w:type="gramStart"/>
      <w:r w:rsidRPr="00526ED7">
        <w:rPr>
          <w:rFonts w:eastAsia="맑은 고딕" w:cs="맑은 고딕" w:hint="eastAsia"/>
          <w:b/>
          <w:bCs/>
          <w:sz w:val="24"/>
          <w:szCs w:val="24"/>
          <w:lang w:eastAsia="ko-KR"/>
        </w:rPr>
        <w:t>연락처 :</w:t>
      </w:r>
      <w:proofErr w:type="gramEnd"/>
      <w:r w:rsidRPr="00526ED7">
        <w:rPr>
          <w:rFonts w:eastAsia="맑은 고딕" w:cs="맑은 고딕" w:hint="eastAsia"/>
          <w:b/>
          <w:bCs/>
          <w:sz w:val="24"/>
          <w:szCs w:val="24"/>
          <w:lang w:eastAsia="ko-KR"/>
        </w:rPr>
        <w:t xml:space="preserve"> 010-3228-9722</w:t>
      </w:r>
    </w:p>
    <w:p w14:paraId="74D2678A" w14:textId="75F26C46" w:rsidR="008A5201" w:rsidRPr="008A5201" w:rsidRDefault="008A5201" w:rsidP="008A5201">
      <w:pPr>
        <w:spacing w:after="80"/>
        <w:jc w:val="center"/>
        <w:rPr>
          <w:rFonts w:eastAsia="맑은 고딕"/>
          <w:lang w:eastAsia="ko-KR"/>
        </w:rPr>
      </w:pPr>
      <w:r>
        <w:rPr>
          <w:rFonts w:eastAsia="맑은 고딕" w:cs="맑은 고딕" w:hint="eastAsia"/>
          <w:b/>
          <w:bCs/>
          <w:sz w:val="24"/>
          <w:szCs w:val="24"/>
          <w:lang w:eastAsia="ko-KR"/>
        </w:rPr>
        <w:t xml:space="preserve">                                                                 </w:t>
      </w:r>
      <w:proofErr w:type="gramStart"/>
      <w:r w:rsidRPr="00526ED7">
        <w:rPr>
          <w:rFonts w:eastAsia="맑은 고딕" w:cs="맑은 고딕" w:hint="eastAsia"/>
          <w:b/>
          <w:bCs/>
          <w:sz w:val="24"/>
          <w:szCs w:val="24"/>
          <w:lang w:eastAsia="ko-KR"/>
        </w:rPr>
        <w:t>e-mail :</w:t>
      </w:r>
      <w:proofErr w:type="gramEnd"/>
      <w:r w:rsidRPr="00526ED7">
        <w:rPr>
          <w:rFonts w:eastAsia="맑은 고딕" w:cs="맑은 고딕" w:hint="eastAsia"/>
          <w:b/>
          <w:bCs/>
          <w:sz w:val="24"/>
          <w:szCs w:val="24"/>
          <w:lang w:eastAsia="ko-KR"/>
        </w:rPr>
        <w:t xml:space="preserve"> jihanpa@naver.com</w:t>
      </w:r>
    </w:p>
    <w:sectPr w:rsidR="008A5201" w:rsidRPr="008A5201" w:rsidSect="00034616"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85767" w14:textId="77777777" w:rsidR="006109F5" w:rsidRDefault="006109F5" w:rsidP="00F93E88">
      <w:pPr>
        <w:spacing w:after="0" w:line="240" w:lineRule="auto"/>
      </w:pPr>
      <w:r>
        <w:separator/>
      </w:r>
    </w:p>
  </w:endnote>
  <w:endnote w:type="continuationSeparator" w:id="0">
    <w:p w14:paraId="38C54209" w14:textId="77777777" w:rsidR="006109F5" w:rsidRDefault="006109F5" w:rsidP="00F93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37E26" w14:textId="77777777" w:rsidR="006109F5" w:rsidRDefault="006109F5" w:rsidP="00F93E88">
      <w:pPr>
        <w:spacing w:after="0" w:line="240" w:lineRule="auto"/>
      </w:pPr>
      <w:r>
        <w:separator/>
      </w:r>
    </w:p>
  </w:footnote>
  <w:footnote w:type="continuationSeparator" w:id="0">
    <w:p w14:paraId="5E4EE706" w14:textId="77777777" w:rsidR="006109F5" w:rsidRDefault="006109F5" w:rsidP="00F93E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6CC79EF"/>
    <w:multiLevelType w:val="hybridMultilevel"/>
    <w:tmpl w:val="AED0F5C0"/>
    <w:lvl w:ilvl="0" w:tplc="01EC1518">
      <w:numFmt w:val="bullet"/>
      <w:lvlText w:val=""/>
      <w:lvlJc w:val="left"/>
      <w:pPr>
        <w:ind w:left="800" w:hanging="360"/>
      </w:pPr>
      <w:rPr>
        <w:rFonts w:ascii="Wingdings" w:eastAsia="맑은 고딕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6D8D0370"/>
    <w:multiLevelType w:val="hybridMultilevel"/>
    <w:tmpl w:val="3CAE60AC"/>
    <w:lvl w:ilvl="0" w:tplc="C69E1EF6">
      <w:numFmt w:val="bullet"/>
      <w:lvlText w:val=""/>
      <w:lvlJc w:val="left"/>
      <w:pPr>
        <w:ind w:left="800" w:hanging="360"/>
      </w:pPr>
      <w:rPr>
        <w:rFonts w:ascii="Wingdings" w:eastAsia="맑은 고딕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2106418738">
    <w:abstractNumId w:val="8"/>
  </w:num>
  <w:num w:numId="2" w16cid:durableId="155389516">
    <w:abstractNumId w:val="6"/>
  </w:num>
  <w:num w:numId="3" w16cid:durableId="1793329147">
    <w:abstractNumId w:val="5"/>
  </w:num>
  <w:num w:numId="4" w16cid:durableId="1927810988">
    <w:abstractNumId w:val="4"/>
  </w:num>
  <w:num w:numId="5" w16cid:durableId="976497814">
    <w:abstractNumId w:val="7"/>
  </w:num>
  <w:num w:numId="6" w16cid:durableId="527793930">
    <w:abstractNumId w:val="3"/>
  </w:num>
  <w:num w:numId="7" w16cid:durableId="95176476">
    <w:abstractNumId w:val="2"/>
  </w:num>
  <w:num w:numId="8" w16cid:durableId="1954433681">
    <w:abstractNumId w:val="1"/>
  </w:num>
  <w:num w:numId="9" w16cid:durableId="739910244">
    <w:abstractNumId w:val="0"/>
  </w:num>
  <w:num w:numId="10" w16cid:durableId="1854999615">
    <w:abstractNumId w:val="9"/>
  </w:num>
  <w:num w:numId="11" w16cid:durableId="14943010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AED"/>
    <w:rsid w:val="000F7ABF"/>
    <w:rsid w:val="00112967"/>
    <w:rsid w:val="0015074B"/>
    <w:rsid w:val="001B3612"/>
    <w:rsid w:val="001C29EE"/>
    <w:rsid w:val="001C63E1"/>
    <w:rsid w:val="00237199"/>
    <w:rsid w:val="00270199"/>
    <w:rsid w:val="0029639D"/>
    <w:rsid w:val="0032105F"/>
    <w:rsid w:val="00324D28"/>
    <w:rsid w:val="00326F90"/>
    <w:rsid w:val="003A4B76"/>
    <w:rsid w:val="003D4BBA"/>
    <w:rsid w:val="00411A6B"/>
    <w:rsid w:val="004B7A41"/>
    <w:rsid w:val="004C777C"/>
    <w:rsid w:val="00526ED7"/>
    <w:rsid w:val="005A7D43"/>
    <w:rsid w:val="006109F5"/>
    <w:rsid w:val="006367C8"/>
    <w:rsid w:val="006657AB"/>
    <w:rsid w:val="006D5A9C"/>
    <w:rsid w:val="006D751A"/>
    <w:rsid w:val="006E5CA9"/>
    <w:rsid w:val="00741CB7"/>
    <w:rsid w:val="0074459D"/>
    <w:rsid w:val="00791FDE"/>
    <w:rsid w:val="007D48BA"/>
    <w:rsid w:val="00812243"/>
    <w:rsid w:val="00836B5D"/>
    <w:rsid w:val="008A5201"/>
    <w:rsid w:val="00912C5B"/>
    <w:rsid w:val="00921B34"/>
    <w:rsid w:val="009746CF"/>
    <w:rsid w:val="00982E5B"/>
    <w:rsid w:val="00983191"/>
    <w:rsid w:val="009A48FC"/>
    <w:rsid w:val="009D77A7"/>
    <w:rsid w:val="00A372A9"/>
    <w:rsid w:val="00AA1D8D"/>
    <w:rsid w:val="00AB3B68"/>
    <w:rsid w:val="00B31BEA"/>
    <w:rsid w:val="00B47730"/>
    <w:rsid w:val="00B51626"/>
    <w:rsid w:val="00B66F8E"/>
    <w:rsid w:val="00C13170"/>
    <w:rsid w:val="00C1511D"/>
    <w:rsid w:val="00C52D73"/>
    <w:rsid w:val="00CB0664"/>
    <w:rsid w:val="00E34CC8"/>
    <w:rsid w:val="00E36D64"/>
    <w:rsid w:val="00E72E81"/>
    <w:rsid w:val="00E7492E"/>
    <w:rsid w:val="00ED3A95"/>
    <w:rsid w:val="00F107FF"/>
    <w:rsid w:val="00F4705B"/>
    <w:rsid w:val="00F52B1E"/>
    <w:rsid w:val="00F93E88"/>
    <w:rsid w:val="00FC58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A10168"/>
  <w14:defaultImageDpi w14:val="300"/>
  <w15:docId w15:val="{96065CCD-2014-4D98-8087-645E6D15E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8A5201"/>
    <w:rPr>
      <w:rFonts w:ascii="맑은 고딕" w:hAnsi="맑은 고딕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1">
    <w:name w:val="Hyperlink"/>
    <w:basedOn w:val="a2"/>
    <w:uiPriority w:val="99"/>
    <w:unhideWhenUsed/>
    <w:rsid w:val="00237199"/>
    <w:rPr>
      <w:color w:val="0000FF" w:themeColor="hyperlink"/>
      <w:u w:val="single"/>
    </w:rPr>
  </w:style>
  <w:style w:type="character" w:styleId="aff2">
    <w:name w:val="Unresolved Mention"/>
    <w:basedOn w:val="a2"/>
    <w:uiPriority w:val="99"/>
    <w:semiHidden/>
    <w:unhideWhenUsed/>
    <w:rsid w:val="002371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ihanpa@nav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507</Words>
  <Characters>2890</Characters>
  <Application>Microsoft Office Word</Application>
  <DocSecurity>0</DocSecurity>
  <Lines>24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LEE HK</cp:lastModifiedBy>
  <cp:revision>2</cp:revision>
  <cp:lastPrinted>2026-08-23T15:14:00Z</cp:lastPrinted>
  <dcterms:created xsi:type="dcterms:W3CDTF">2026-09-07T06:30:00Z</dcterms:created>
  <dcterms:modified xsi:type="dcterms:W3CDTF">2026-09-07T06:30:00Z</dcterms:modified>
  <cp:category/>
</cp:coreProperties>
</file>